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721EF" w14:textId="2049B86E" w:rsidR="008D0399" w:rsidRPr="00DC63B1" w:rsidRDefault="008D0399" w:rsidP="008D0399">
      <w:pPr>
        <w:jc w:val="center"/>
        <w:rPr>
          <w:rFonts w:ascii="Brandon Grotesque Light" w:hAnsi="Brandon Grotesque Light"/>
          <w:b/>
        </w:rPr>
      </w:pPr>
      <w:r w:rsidRPr="00DC63B1">
        <w:rPr>
          <w:rFonts w:ascii="Brandon Grotesque Light" w:hAnsi="Brandon Grotesque Light"/>
          <w:b/>
          <w:noProof/>
        </w:rPr>
        <w:drawing>
          <wp:inline distT="0" distB="0" distL="0" distR="0" wp14:anchorId="47351EBD" wp14:editId="7DC1EFA2">
            <wp:extent cx="3429000" cy="669926"/>
            <wp:effectExtent l="0" t="0" r="0" b="0"/>
            <wp:docPr id="70392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92340" name="Picture 70392340"/>
                    <pic:cNvPicPr/>
                  </pic:nvPicPr>
                  <pic:blipFill>
                    <a:blip r:embed="rId6"/>
                    <a:stretch>
                      <a:fillRect/>
                    </a:stretch>
                  </pic:blipFill>
                  <pic:spPr>
                    <a:xfrm>
                      <a:off x="0" y="0"/>
                      <a:ext cx="3450523" cy="674131"/>
                    </a:xfrm>
                    <a:prstGeom prst="rect">
                      <a:avLst/>
                    </a:prstGeom>
                  </pic:spPr>
                </pic:pic>
              </a:graphicData>
            </a:graphic>
          </wp:inline>
        </w:drawing>
      </w:r>
    </w:p>
    <w:p w14:paraId="06FAB690" w14:textId="4718E96D" w:rsidR="000A04A4" w:rsidRPr="00DC63B1" w:rsidRDefault="00731189">
      <w:pPr>
        <w:jc w:val="center"/>
        <w:rPr>
          <w:rFonts w:ascii="Brandon Grotesque Light" w:hAnsi="Brandon Grotesque Light"/>
          <w:b/>
          <w:color w:val="1F497D" w:themeColor="text2"/>
          <w:sz w:val="32"/>
          <w:szCs w:val="32"/>
        </w:rPr>
      </w:pPr>
      <w:r w:rsidRPr="00DC63B1">
        <w:rPr>
          <w:rFonts w:ascii="Brandon Grotesque Light" w:hAnsi="Brandon Grotesque Light"/>
          <w:b/>
          <w:color w:val="1F497D" w:themeColor="text2"/>
          <w:sz w:val="40"/>
          <w:szCs w:val="40"/>
        </w:rPr>
        <w:t>SPHERE 10 Years of Impact Awards</w:t>
      </w:r>
      <w:r w:rsidRPr="00DC63B1">
        <w:rPr>
          <w:rFonts w:ascii="Brandon Grotesque Light" w:hAnsi="Brandon Grotesque Light"/>
          <w:b/>
          <w:color w:val="1F497D" w:themeColor="text2"/>
          <w:sz w:val="40"/>
          <w:szCs w:val="40"/>
        </w:rPr>
        <w:br/>
      </w:r>
      <w:r w:rsidRPr="00DC63B1">
        <w:rPr>
          <w:rFonts w:ascii="Brandon Grotesque Light" w:hAnsi="Brandon Grotesque Light"/>
          <w:b/>
          <w:color w:val="1F497D" w:themeColor="text2"/>
          <w:sz w:val="32"/>
          <w:szCs w:val="32"/>
        </w:rPr>
        <w:t>Nomination Form</w:t>
      </w:r>
    </w:p>
    <w:p w14:paraId="7020D101" w14:textId="5FB00504" w:rsidR="00BA088E" w:rsidRPr="00DC63B1" w:rsidRDefault="00BA088E" w:rsidP="00C21F25">
      <w:pPr>
        <w:rPr>
          <w:rFonts w:ascii="Brandon Grotesque Light" w:hAnsi="Brandon Grotesque Light"/>
          <w:b/>
          <w:color w:val="1F497D" w:themeColor="text2"/>
          <w:sz w:val="32"/>
          <w:szCs w:val="32"/>
        </w:rPr>
      </w:pPr>
      <w:r w:rsidRPr="00DC63B1">
        <w:rPr>
          <w:rFonts w:ascii="Brandon Grotesque Light" w:hAnsi="Brandon Grotesque Light"/>
          <w:b/>
          <w:color w:val="1F497D" w:themeColor="text2"/>
          <w:sz w:val="32"/>
          <w:szCs w:val="32"/>
        </w:rPr>
        <w:t>Guidelines: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4"/>
      </w:tblGrid>
      <w:tr w:rsidR="00C21F25" w:rsidRPr="00DC63B1" w14:paraId="137536AC" w14:textId="77777777" w:rsidTr="00C974B8">
        <w:tc>
          <w:tcPr>
            <w:tcW w:w="9394" w:type="dxa"/>
          </w:tcPr>
          <w:p w14:paraId="074B1621" w14:textId="30B3BF11" w:rsidR="00C974B8" w:rsidRPr="00DC63B1" w:rsidRDefault="00C21F25" w:rsidP="00C974B8">
            <w:pPr>
              <w:rPr>
                <w:rFonts w:ascii="Brandon Grotesque Light" w:hAnsi="Brandon Grotesque Light"/>
                <w:color w:val="000000" w:themeColor="text1"/>
              </w:rPr>
            </w:pPr>
            <w:r w:rsidRPr="00DC63B1">
              <w:rPr>
                <w:rFonts w:ascii="Brandon Grotesque Light" w:hAnsi="Brandon Grotesque Light"/>
                <w:b/>
                <w:bCs/>
                <w:color w:val="000000" w:themeColor="text1"/>
              </w:rPr>
              <w:t xml:space="preserve">All nominees must work at a SPHERE Partner </w:t>
            </w:r>
            <w:proofErr w:type="spellStart"/>
            <w:r w:rsidRPr="00DC63B1">
              <w:rPr>
                <w:rFonts w:ascii="Brandon Grotesque Light" w:hAnsi="Brandon Grotesque Light"/>
                <w:b/>
                <w:bCs/>
                <w:color w:val="000000" w:themeColor="text1"/>
              </w:rPr>
              <w:t>organisation</w:t>
            </w:r>
            <w:proofErr w:type="spellEnd"/>
            <w:r w:rsidRPr="00DC63B1">
              <w:rPr>
                <w:rFonts w:ascii="Brandon Grotesque Light" w:hAnsi="Brandon Grotesque Light"/>
                <w:b/>
                <w:bCs/>
                <w:color w:val="000000" w:themeColor="text1"/>
              </w:rPr>
              <w:t>.</w:t>
            </w:r>
            <w:r w:rsidRPr="00DC63B1">
              <w:rPr>
                <w:rFonts w:ascii="Brandon Grotesque Light" w:hAnsi="Brandon Grotesque Light"/>
                <w:color w:val="000000" w:themeColor="text1"/>
              </w:rPr>
              <w:t xml:space="preserve"> SPHERE Partners are: </w:t>
            </w:r>
          </w:p>
          <w:p w14:paraId="2D077DE3" w14:textId="4B90A65D" w:rsidR="00C21F25" w:rsidRPr="00DC63B1" w:rsidRDefault="00C21F25" w:rsidP="00C974B8">
            <w:pPr>
              <w:rPr>
                <w:rFonts w:ascii="Brandon Grotesque Light" w:hAnsi="Brandon Grotesque Light"/>
                <w:color w:val="000000" w:themeColor="text1"/>
              </w:rPr>
            </w:pPr>
            <w:proofErr w:type="gramStart"/>
            <w:r w:rsidRPr="00DC63B1">
              <w:rPr>
                <w:rFonts w:ascii="Brandon Grotesque Light" w:hAnsi="Brandon Grotesque Light"/>
                <w:color w:val="000000" w:themeColor="text1"/>
              </w:rPr>
              <w:t>South Western</w:t>
            </w:r>
            <w:proofErr w:type="gramEnd"/>
            <w:r w:rsidRPr="00DC63B1">
              <w:rPr>
                <w:rFonts w:ascii="Brandon Grotesque Light" w:hAnsi="Brandon Grotesque Light"/>
                <w:color w:val="000000" w:themeColor="text1"/>
              </w:rPr>
              <w:t xml:space="preserve"> Sydney Local Health District</w:t>
            </w:r>
          </w:p>
        </w:tc>
      </w:tr>
      <w:tr w:rsidR="00C21F25" w:rsidRPr="00DC63B1" w14:paraId="4AB04B63" w14:textId="77777777" w:rsidTr="00C974B8">
        <w:tc>
          <w:tcPr>
            <w:tcW w:w="9394" w:type="dxa"/>
          </w:tcPr>
          <w:p w14:paraId="12BF29B9" w14:textId="3D7B17AA" w:rsidR="00C21F25" w:rsidRPr="00DC63B1" w:rsidRDefault="00C21F25" w:rsidP="00C974B8">
            <w:pPr>
              <w:rPr>
                <w:rFonts w:ascii="Brandon Grotesque Light" w:hAnsi="Brandon Grotesque Light"/>
                <w:color w:val="000000" w:themeColor="text1"/>
              </w:rPr>
            </w:pPr>
            <w:proofErr w:type="gramStart"/>
            <w:r w:rsidRPr="00DC63B1">
              <w:rPr>
                <w:rFonts w:ascii="Brandon Grotesque Light" w:hAnsi="Brandon Grotesque Light"/>
                <w:color w:val="000000" w:themeColor="text1"/>
              </w:rPr>
              <w:t>South Eastern</w:t>
            </w:r>
            <w:proofErr w:type="gramEnd"/>
            <w:r w:rsidRPr="00DC63B1">
              <w:rPr>
                <w:rFonts w:ascii="Brandon Grotesque Light" w:hAnsi="Brandon Grotesque Light"/>
                <w:color w:val="000000" w:themeColor="text1"/>
              </w:rPr>
              <w:t xml:space="preserve"> Sydney Local Health District</w:t>
            </w:r>
          </w:p>
        </w:tc>
      </w:tr>
      <w:tr w:rsidR="00C21F25" w:rsidRPr="00DC63B1" w14:paraId="54092376" w14:textId="77777777" w:rsidTr="00C974B8">
        <w:tc>
          <w:tcPr>
            <w:tcW w:w="9394" w:type="dxa"/>
          </w:tcPr>
          <w:p w14:paraId="6849031B" w14:textId="16D6542A" w:rsidR="00C21F25" w:rsidRPr="00DC63B1" w:rsidRDefault="00C21F25" w:rsidP="00C974B8">
            <w:pPr>
              <w:rPr>
                <w:rFonts w:ascii="Brandon Grotesque Light" w:hAnsi="Brandon Grotesque Light"/>
                <w:color w:val="000000" w:themeColor="text1"/>
              </w:rPr>
            </w:pPr>
            <w:r w:rsidRPr="00DC63B1">
              <w:rPr>
                <w:rFonts w:ascii="Brandon Grotesque Light" w:hAnsi="Brandon Grotesque Light"/>
                <w:color w:val="000000" w:themeColor="text1"/>
              </w:rPr>
              <w:t>St Vincent’s Hospital Sydney</w:t>
            </w:r>
          </w:p>
        </w:tc>
      </w:tr>
      <w:tr w:rsidR="00C21F25" w:rsidRPr="00DC63B1" w14:paraId="53BDBC93" w14:textId="77777777" w:rsidTr="00C974B8">
        <w:tc>
          <w:tcPr>
            <w:tcW w:w="9394" w:type="dxa"/>
          </w:tcPr>
          <w:p w14:paraId="7DA23AFB" w14:textId="74B4CCD2" w:rsidR="00C21F25" w:rsidRPr="00DC63B1" w:rsidRDefault="00C21F25" w:rsidP="00C974B8">
            <w:pPr>
              <w:rPr>
                <w:rFonts w:ascii="Brandon Grotesque Light" w:hAnsi="Brandon Grotesque Light"/>
                <w:color w:val="000000" w:themeColor="text1"/>
              </w:rPr>
            </w:pPr>
            <w:r w:rsidRPr="00DC63B1">
              <w:rPr>
                <w:rFonts w:ascii="Brandon Grotesque Light" w:hAnsi="Brandon Grotesque Light"/>
                <w:color w:val="000000" w:themeColor="text1"/>
              </w:rPr>
              <w:t>Sydney Children’s Hospitals Network</w:t>
            </w:r>
          </w:p>
        </w:tc>
      </w:tr>
      <w:tr w:rsidR="00C21F25" w:rsidRPr="00DC63B1" w14:paraId="3A88053B" w14:textId="77777777" w:rsidTr="00C974B8">
        <w:tc>
          <w:tcPr>
            <w:tcW w:w="9394" w:type="dxa"/>
          </w:tcPr>
          <w:p w14:paraId="30F823F4" w14:textId="57227FE3" w:rsidR="00C21F25" w:rsidRPr="00DC63B1" w:rsidRDefault="00C21F25" w:rsidP="00C974B8">
            <w:pPr>
              <w:rPr>
                <w:rFonts w:ascii="Brandon Grotesque Light" w:hAnsi="Brandon Grotesque Light"/>
                <w:color w:val="000000" w:themeColor="text1"/>
              </w:rPr>
            </w:pPr>
            <w:r w:rsidRPr="00DC63B1">
              <w:rPr>
                <w:rFonts w:ascii="Brandon Grotesque Light" w:hAnsi="Brandon Grotesque Light"/>
                <w:color w:val="000000" w:themeColor="text1"/>
              </w:rPr>
              <w:t>University of NSW Sydney</w:t>
            </w:r>
          </w:p>
        </w:tc>
      </w:tr>
      <w:tr w:rsidR="00C21F25" w:rsidRPr="00DC63B1" w14:paraId="4781B4AB" w14:textId="77777777" w:rsidTr="00C974B8">
        <w:tc>
          <w:tcPr>
            <w:tcW w:w="9394" w:type="dxa"/>
          </w:tcPr>
          <w:p w14:paraId="0F3D8E1D" w14:textId="6190FB02" w:rsidR="00C21F25" w:rsidRPr="00DC63B1" w:rsidRDefault="00C21F25" w:rsidP="00C974B8">
            <w:pPr>
              <w:rPr>
                <w:rFonts w:ascii="Brandon Grotesque Light" w:hAnsi="Brandon Grotesque Light"/>
                <w:color w:val="000000" w:themeColor="text1"/>
              </w:rPr>
            </w:pPr>
            <w:r w:rsidRPr="00DC63B1">
              <w:rPr>
                <w:rFonts w:ascii="Brandon Grotesque Light" w:hAnsi="Brandon Grotesque Light"/>
                <w:color w:val="000000" w:themeColor="text1"/>
              </w:rPr>
              <w:t>University of Technology Sydney</w:t>
            </w:r>
          </w:p>
        </w:tc>
      </w:tr>
      <w:tr w:rsidR="00C21F25" w:rsidRPr="00DC63B1" w14:paraId="6EFFEDB4" w14:textId="77777777" w:rsidTr="00C974B8">
        <w:tc>
          <w:tcPr>
            <w:tcW w:w="9394" w:type="dxa"/>
          </w:tcPr>
          <w:p w14:paraId="73286036" w14:textId="11FA69E0" w:rsidR="00C21F25" w:rsidRPr="00DC63B1" w:rsidRDefault="00C21F25" w:rsidP="00C974B8">
            <w:pPr>
              <w:rPr>
                <w:rFonts w:ascii="Brandon Grotesque Light" w:hAnsi="Brandon Grotesque Light"/>
                <w:color w:val="000000" w:themeColor="text1"/>
              </w:rPr>
            </w:pPr>
            <w:r w:rsidRPr="00DC63B1">
              <w:rPr>
                <w:rFonts w:ascii="Brandon Grotesque Light" w:hAnsi="Brandon Grotesque Light"/>
                <w:color w:val="000000" w:themeColor="text1"/>
              </w:rPr>
              <w:t>Western Sydney University</w:t>
            </w:r>
          </w:p>
        </w:tc>
      </w:tr>
      <w:tr w:rsidR="00C21F25" w:rsidRPr="00DC63B1" w14:paraId="57A3B746" w14:textId="77777777" w:rsidTr="00C974B8">
        <w:tc>
          <w:tcPr>
            <w:tcW w:w="9394" w:type="dxa"/>
          </w:tcPr>
          <w:p w14:paraId="4F505397" w14:textId="4EBC6A4D" w:rsidR="00C21F25" w:rsidRPr="00DC63B1" w:rsidRDefault="00C21F25" w:rsidP="00C974B8">
            <w:pPr>
              <w:rPr>
                <w:rFonts w:ascii="Brandon Grotesque Light" w:hAnsi="Brandon Grotesque Light"/>
                <w:color w:val="000000" w:themeColor="text1"/>
              </w:rPr>
            </w:pPr>
            <w:r w:rsidRPr="00DC63B1">
              <w:rPr>
                <w:rFonts w:ascii="Brandon Grotesque Light" w:hAnsi="Brandon Grotesque Light"/>
                <w:color w:val="000000" w:themeColor="text1"/>
              </w:rPr>
              <w:t>Australian Catholic University</w:t>
            </w:r>
          </w:p>
        </w:tc>
      </w:tr>
      <w:tr w:rsidR="00C21F25" w:rsidRPr="00DC63B1" w14:paraId="1B694C05" w14:textId="77777777" w:rsidTr="00C974B8">
        <w:tc>
          <w:tcPr>
            <w:tcW w:w="9394" w:type="dxa"/>
          </w:tcPr>
          <w:p w14:paraId="02128447" w14:textId="2D46E118" w:rsidR="00C21F25" w:rsidRPr="00DC63B1" w:rsidRDefault="00C21F25" w:rsidP="00C974B8">
            <w:pPr>
              <w:rPr>
                <w:rFonts w:ascii="Brandon Grotesque Light" w:hAnsi="Brandon Grotesque Light"/>
                <w:color w:val="000000" w:themeColor="text1"/>
              </w:rPr>
            </w:pPr>
            <w:r w:rsidRPr="00DC63B1">
              <w:rPr>
                <w:rFonts w:ascii="Brandon Grotesque Light" w:hAnsi="Brandon Grotesque Light"/>
                <w:color w:val="000000" w:themeColor="text1"/>
              </w:rPr>
              <w:t>The George Institute for Global Health</w:t>
            </w:r>
          </w:p>
        </w:tc>
      </w:tr>
      <w:tr w:rsidR="00C21F25" w:rsidRPr="00DC63B1" w14:paraId="478FD808" w14:textId="77777777" w:rsidTr="00C974B8">
        <w:tc>
          <w:tcPr>
            <w:tcW w:w="9394" w:type="dxa"/>
          </w:tcPr>
          <w:p w14:paraId="2E928F4A" w14:textId="13361663" w:rsidR="00C21F25" w:rsidRPr="00DC63B1" w:rsidRDefault="00C21F25" w:rsidP="00C974B8">
            <w:pPr>
              <w:rPr>
                <w:rFonts w:ascii="Brandon Grotesque Light" w:hAnsi="Brandon Grotesque Light"/>
                <w:color w:val="000000" w:themeColor="text1"/>
              </w:rPr>
            </w:pPr>
            <w:r w:rsidRPr="00DC63B1">
              <w:rPr>
                <w:rFonts w:ascii="Brandon Grotesque Light" w:hAnsi="Brandon Grotesque Light"/>
                <w:color w:val="000000" w:themeColor="text1"/>
              </w:rPr>
              <w:t>Ingham Institute of Applied Medical Research</w:t>
            </w:r>
          </w:p>
        </w:tc>
      </w:tr>
      <w:tr w:rsidR="00C21F25" w:rsidRPr="00DC63B1" w14:paraId="48DC8D20" w14:textId="77777777" w:rsidTr="00C974B8">
        <w:tc>
          <w:tcPr>
            <w:tcW w:w="9394" w:type="dxa"/>
          </w:tcPr>
          <w:p w14:paraId="7B92C6AB" w14:textId="1D057E14" w:rsidR="00C21F25" w:rsidRPr="00DC63B1" w:rsidRDefault="00C21F25" w:rsidP="00C974B8">
            <w:pPr>
              <w:rPr>
                <w:rFonts w:ascii="Brandon Grotesque Light" w:hAnsi="Brandon Grotesque Light"/>
                <w:color w:val="000000" w:themeColor="text1"/>
              </w:rPr>
            </w:pPr>
            <w:proofErr w:type="spellStart"/>
            <w:r w:rsidRPr="00DC63B1">
              <w:rPr>
                <w:rFonts w:ascii="Brandon Grotesque Light" w:hAnsi="Brandon Grotesque Light"/>
                <w:color w:val="000000" w:themeColor="text1"/>
              </w:rPr>
              <w:t>NeuRA</w:t>
            </w:r>
            <w:proofErr w:type="spellEnd"/>
          </w:p>
        </w:tc>
      </w:tr>
      <w:tr w:rsidR="00C21F25" w:rsidRPr="00DC63B1" w14:paraId="31F853DD" w14:textId="77777777" w:rsidTr="00C974B8">
        <w:tc>
          <w:tcPr>
            <w:tcW w:w="9394" w:type="dxa"/>
          </w:tcPr>
          <w:p w14:paraId="0DC3F771" w14:textId="76C27BE3" w:rsidR="00C21F25" w:rsidRPr="00DC63B1" w:rsidRDefault="00C21F25" w:rsidP="00C974B8">
            <w:pPr>
              <w:rPr>
                <w:rFonts w:ascii="Brandon Grotesque Light" w:hAnsi="Brandon Grotesque Light"/>
                <w:color w:val="000000" w:themeColor="text1"/>
              </w:rPr>
            </w:pPr>
            <w:r w:rsidRPr="00DC63B1">
              <w:rPr>
                <w:rFonts w:ascii="Brandon Grotesque Light" w:hAnsi="Brandon Grotesque Light"/>
                <w:color w:val="000000" w:themeColor="text1"/>
              </w:rPr>
              <w:t>Black Dog Institute</w:t>
            </w:r>
          </w:p>
        </w:tc>
      </w:tr>
      <w:tr w:rsidR="00C21F25" w:rsidRPr="00DC63B1" w14:paraId="2E1F1FA9" w14:textId="77777777" w:rsidTr="00C974B8">
        <w:tc>
          <w:tcPr>
            <w:tcW w:w="9394" w:type="dxa"/>
          </w:tcPr>
          <w:p w14:paraId="55FEE189" w14:textId="1E179D44" w:rsidR="00C21F25" w:rsidRPr="00DC63B1" w:rsidRDefault="00C21F25" w:rsidP="00C974B8">
            <w:pPr>
              <w:rPr>
                <w:rFonts w:ascii="Brandon Grotesque Light" w:hAnsi="Brandon Grotesque Light"/>
                <w:color w:val="000000" w:themeColor="text1"/>
              </w:rPr>
            </w:pPr>
            <w:r w:rsidRPr="00DC63B1">
              <w:rPr>
                <w:rFonts w:ascii="Brandon Grotesque Light" w:hAnsi="Brandon Grotesque Light"/>
                <w:color w:val="000000" w:themeColor="text1"/>
              </w:rPr>
              <w:t>Victor Chang Cardiac Research Institute</w:t>
            </w:r>
          </w:p>
        </w:tc>
      </w:tr>
      <w:tr w:rsidR="00C21F25" w:rsidRPr="00DC63B1" w14:paraId="7EAA03AF" w14:textId="77777777" w:rsidTr="00C974B8">
        <w:tc>
          <w:tcPr>
            <w:tcW w:w="9394" w:type="dxa"/>
          </w:tcPr>
          <w:p w14:paraId="035C154E" w14:textId="0AF8FF77" w:rsidR="00C21F25" w:rsidRPr="00DC63B1" w:rsidRDefault="00C21F25" w:rsidP="00C21F25">
            <w:pPr>
              <w:rPr>
                <w:rFonts w:ascii="Brandon Grotesque Light" w:hAnsi="Brandon Grotesque Light"/>
                <w:color w:val="000000" w:themeColor="text1"/>
              </w:rPr>
            </w:pPr>
            <w:r w:rsidRPr="00DC63B1">
              <w:rPr>
                <w:rFonts w:ascii="Brandon Grotesque Light" w:hAnsi="Brandon Grotesque Light"/>
                <w:color w:val="000000" w:themeColor="text1"/>
              </w:rPr>
              <w:t>Children’s Cancer Institute</w:t>
            </w:r>
          </w:p>
        </w:tc>
      </w:tr>
    </w:tbl>
    <w:p w14:paraId="5257FD90" w14:textId="77777777" w:rsidR="00C21F25" w:rsidRPr="00DC63B1" w:rsidRDefault="00C21F25" w:rsidP="00C21F25">
      <w:pPr>
        <w:pStyle w:val="ListParagraph"/>
        <w:ind w:left="0"/>
        <w:rPr>
          <w:rFonts w:ascii="Brandon Grotesque Light" w:hAnsi="Brandon Grotesque Light"/>
          <w:color w:val="000000" w:themeColor="text1"/>
        </w:rPr>
      </w:pPr>
    </w:p>
    <w:p w14:paraId="67A2F886" w14:textId="36B7426F" w:rsidR="00BA088E" w:rsidRPr="00DC63B1" w:rsidRDefault="00BA088E" w:rsidP="00C21F25">
      <w:pPr>
        <w:pStyle w:val="ListParagraph"/>
        <w:ind w:left="0"/>
        <w:rPr>
          <w:rFonts w:ascii="Brandon Grotesque Light" w:hAnsi="Brandon Grotesque Light"/>
          <w:b/>
          <w:bCs/>
          <w:color w:val="000000" w:themeColor="text1"/>
        </w:rPr>
      </w:pPr>
      <w:r w:rsidRPr="00DC63B1">
        <w:rPr>
          <w:rFonts w:ascii="Brandon Grotesque Light" w:hAnsi="Brandon Grotesque Light"/>
          <w:b/>
          <w:bCs/>
          <w:color w:val="000000" w:themeColor="text1"/>
        </w:rPr>
        <w:t xml:space="preserve">All nominations MUST be endorsed by a Partner </w:t>
      </w:r>
      <w:proofErr w:type="spellStart"/>
      <w:r w:rsidRPr="00DC63B1">
        <w:rPr>
          <w:rFonts w:ascii="Brandon Grotesque Light" w:hAnsi="Brandon Grotesque Light"/>
          <w:b/>
          <w:bCs/>
          <w:color w:val="000000" w:themeColor="text1"/>
        </w:rPr>
        <w:t>organisation</w:t>
      </w:r>
      <w:proofErr w:type="spellEnd"/>
      <w:r w:rsidRPr="00DC63B1">
        <w:rPr>
          <w:rFonts w:ascii="Brandon Grotesque Light" w:hAnsi="Brandon Grotesque Light"/>
          <w:b/>
          <w:bCs/>
          <w:color w:val="000000" w:themeColor="text1"/>
        </w:rPr>
        <w:t xml:space="preserve"> representative.</w:t>
      </w:r>
    </w:p>
    <w:p w14:paraId="0F70E4B4" w14:textId="0DA43FFC" w:rsidR="00BA088E" w:rsidRPr="00DC63B1" w:rsidRDefault="00BA088E" w:rsidP="00C21F25">
      <w:pPr>
        <w:rPr>
          <w:rFonts w:ascii="Brandon Grotesque Light" w:hAnsi="Brandon Grotesque Light"/>
          <w:b/>
          <w:bCs/>
        </w:rPr>
      </w:pPr>
      <w:r w:rsidRPr="00DC63B1">
        <w:rPr>
          <w:rFonts w:ascii="Brandon Grotesque Light" w:hAnsi="Brandon Grotesque Light"/>
          <w:b/>
          <w:bCs/>
        </w:rPr>
        <w:t>Nominees must complete all sections of the nomination form. Nominees must specifically explain how SPHERE supported</w:t>
      </w:r>
      <w:r w:rsidR="00C21F25" w:rsidRPr="00DC63B1">
        <w:rPr>
          <w:rFonts w:ascii="Brandon Grotesque Light" w:hAnsi="Brandon Grotesque Light"/>
          <w:b/>
          <w:bCs/>
        </w:rPr>
        <w:t>,</w:t>
      </w:r>
      <w:r w:rsidRPr="00DC63B1">
        <w:rPr>
          <w:rFonts w:ascii="Brandon Grotesque Light" w:hAnsi="Brandon Grotesque Light"/>
          <w:b/>
          <w:bCs/>
        </w:rPr>
        <w:t xml:space="preserve"> or was involved in</w:t>
      </w:r>
      <w:r w:rsidR="00C21F25" w:rsidRPr="00DC63B1">
        <w:rPr>
          <w:rFonts w:ascii="Brandon Grotesque Light" w:hAnsi="Brandon Grotesque Light"/>
          <w:b/>
          <w:bCs/>
        </w:rPr>
        <w:t>,</w:t>
      </w:r>
      <w:r w:rsidRPr="00DC63B1">
        <w:rPr>
          <w:rFonts w:ascii="Brandon Grotesque Light" w:hAnsi="Brandon Grotesque Light"/>
          <w:b/>
          <w:bCs/>
        </w:rPr>
        <w:t xml:space="preserve"> this research project. </w:t>
      </w:r>
    </w:p>
    <w:p w14:paraId="25E0B76B" w14:textId="09275875" w:rsidR="008D0399" w:rsidRPr="00DC63B1" w:rsidRDefault="008D0399" w:rsidP="00391241">
      <w:pPr>
        <w:spacing w:after="0"/>
        <w:rPr>
          <w:rFonts w:ascii="Brandon Grotesque Light" w:hAnsi="Brandon Grotesque Light"/>
          <w:b/>
          <w:bCs/>
          <w:color w:val="1F497D" w:themeColor="text2"/>
          <w:sz w:val="24"/>
          <w:szCs w:val="24"/>
        </w:rPr>
      </w:pPr>
      <w:r w:rsidRPr="00DC63B1">
        <w:rPr>
          <w:rFonts w:ascii="Brandon Grotesque Light" w:hAnsi="Brandon Grotesque Light"/>
          <w:b/>
          <w:bCs/>
          <w:color w:val="1F497D" w:themeColor="text2"/>
          <w:sz w:val="24"/>
          <w:szCs w:val="24"/>
        </w:rPr>
        <w:t>Nominee Details</w:t>
      </w:r>
    </w:p>
    <w:tbl>
      <w:tblPr>
        <w:tblStyle w:val="TableGrid"/>
        <w:tblW w:w="0" w:type="auto"/>
        <w:tblLook w:val="04A0" w:firstRow="1" w:lastRow="0" w:firstColumn="1" w:lastColumn="0" w:noHBand="0" w:noVBand="1"/>
      </w:tblPr>
      <w:tblGrid>
        <w:gridCol w:w="1408"/>
        <w:gridCol w:w="7986"/>
      </w:tblGrid>
      <w:tr w:rsidR="00663F88" w:rsidRPr="00DC63B1" w14:paraId="270E7D01" w14:textId="77777777" w:rsidTr="00676E0F">
        <w:tc>
          <w:tcPr>
            <w:tcW w:w="1408" w:type="dxa"/>
          </w:tcPr>
          <w:p w14:paraId="03A8CF54" w14:textId="5024C53B" w:rsidR="00663F88" w:rsidRPr="00DC63B1" w:rsidRDefault="00663F88" w:rsidP="008D0399">
            <w:pPr>
              <w:spacing w:before="80" w:after="80"/>
              <w:rPr>
                <w:rFonts w:ascii="Brandon Grotesque Light" w:hAnsi="Brandon Grotesque Light"/>
              </w:rPr>
            </w:pPr>
            <w:r w:rsidRPr="00DC63B1">
              <w:rPr>
                <w:rFonts w:ascii="Brandon Grotesque Light" w:hAnsi="Brandon Grotesque Light"/>
              </w:rPr>
              <w:t>Full name:</w:t>
            </w:r>
          </w:p>
        </w:tc>
        <w:tc>
          <w:tcPr>
            <w:tcW w:w="8212" w:type="dxa"/>
          </w:tcPr>
          <w:p w14:paraId="7E2686CE" w14:textId="042D02C3" w:rsidR="00663F88" w:rsidRPr="00DC63B1" w:rsidRDefault="00663F88" w:rsidP="008D0399">
            <w:pPr>
              <w:spacing w:before="80" w:after="80"/>
              <w:rPr>
                <w:rFonts w:ascii="Brandon Grotesque Light" w:hAnsi="Brandon Grotesque Light"/>
              </w:rPr>
            </w:pPr>
          </w:p>
        </w:tc>
      </w:tr>
      <w:tr w:rsidR="00663F88" w:rsidRPr="00DC63B1" w14:paraId="48E2F8FD" w14:textId="77777777" w:rsidTr="00E57903">
        <w:tc>
          <w:tcPr>
            <w:tcW w:w="1408" w:type="dxa"/>
          </w:tcPr>
          <w:p w14:paraId="74526B6C" w14:textId="2DAF43FF" w:rsidR="00663F88" w:rsidRPr="00DC63B1" w:rsidRDefault="00663F88" w:rsidP="008D0399">
            <w:pPr>
              <w:spacing w:before="80" w:after="80"/>
              <w:rPr>
                <w:rFonts w:ascii="Brandon Grotesque Light" w:hAnsi="Brandon Grotesque Light"/>
              </w:rPr>
            </w:pPr>
            <w:r w:rsidRPr="00DC63B1">
              <w:rPr>
                <w:rFonts w:ascii="Brandon Grotesque Light" w:hAnsi="Brandon Grotesque Light"/>
              </w:rPr>
              <w:t>Position/Title:</w:t>
            </w:r>
          </w:p>
        </w:tc>
        <w:tc>
          <w:tcPr>
            <w:tcW w:w="8212" w:type="dxa"/>
          </w:tcPr>
          <w:p w14:paraId="18EFF6FD" w14:textId="4420D5DF" w:rsidR="00663F88" w:rsidRPr="00DC63B1" w:rsidRDefault="00663F88" w:rsidP="008D0399">
            <w:pPr>
              <w:spacing w:before="80" w:after="80"/>
              <w:rPr>
                <w:rFonts w:ascii="Brandon Grotesque Light" w:hAnsi="Brandon Grotesque Light"/>
              </w:rPr>
            </w:pPr>
          </w:p>
        </w:tc>
      </w:tr>
      <w:tr w:rsidR="00663F88" w:rsidRPr="00DC63B1" w14:paraId="5CF97546" w14:textId="77777777" w:rsidTr="009D0A76">
        <w:tc>
          <w:tcPr>
            <w:tcW w:w="1408" w:type="dxa"/>
          </w:tcPr>
          <w:p w14:paraId="18DF742C" w14:textId="66815068" w:rsidR="00663F88" w:rsidRPr="00DC63B1" w:rsidRDefault="00C21F25" w:rsidP="008D0399">
            <w:pPr>
              <w:spacing w:before="80" w:after="80"/>
              <w:rPr>
                <w:rFonts w:ascii="Brandon Grotesque Light" w:hAnsi="Brandon Grotesque Light"/>
              </w:rPr>
            </w:pPr>
            <w:r w:rsidRPr="00DC63B1">
              <w:rPr>
                <w:rFonts w:ascii="Brandon Grotesque Light" w:hAnsi="Brandon Grotesque Light"/>
              </w:rPr>
              <w:t xml:space="preserve">Partner </w:t>
            </w:r>
            <w:proofErr w:type="spellStart"/>
            <w:r w:rsidRPr="00DC63B1">
              <w:rPr>
                <w:rFonts w:ascii="Brandon Grotesque Light" w:hAnsi="Brandon Grotesque Light"/>
              </w:rPr>
              <w:t>o</w:t>
            </w:r>
            <w:r w:rsidR="00663F88" w:rsidRPr="00DC63B1">
              <w:rPr>
                <w:rFonts w:ascii="Brandon Grotesque Light" w:hAnsi="Brandon Grotesque Light"/>
              </w:rPr>
              <w:t>rganisation</w:t>
            </w:r>
            <w:proofErr w:type="spellEnd"/>
            <w:r w:rsidR="00663F88" w:rsidRPr="00DC63B1">
              <w:rPr>
                <w:rFonts w:ascii="Brandon Grotesque Light" w:hAnsi="Brandon Grotesque Light"/>
              </w:rPr>
              <w:t>:</w:t>
            </w:r>
          </w:p>
        </w:tc>
        <w:tc>
          <w:tcPr>
            <w:tcW w:w="8212" w:type="dxa"/>
          </w:tcPr>
          <w:p w14:paraId="4F7880FE" w14:textId="7CE62757" w:rsidR="00663F88" w:rsidRPr="00DC63B1" w:rsidRDefault="00663F88" w:rsidP="008D0399">
            <w:pPr>
              <w:spacing w:before="80" w:after="80"/>
              <w:rPr>
                <w:rFonts w:ascii="Brandon Grotesque Light" w:hAnsi="Brandon Grotesque Light"/>
              </w:rPr>
            </w:pPr>
          </w:p>
        </w:tc>
      </w:tr>
      <w:tr w:rsidR="00663F88" w:rsidRPr="00DC63B1" w14:paraId="5546F312" w14:textId="77777777" w:rsidTr="00632087">
        <w:tc>
          <w:tcPr>
            <w:tcW w:w="1408" w:type="dxa"/>
          </w:tcPr>
          <w:p w14:paraId="7994DD37" w14:textId="50EAC752" w:rsidR="00663F88" w:rsidRPr="00DC63B1" w:rsidRDefault="00663F88" w:rsidP="008D0399">
            <w:pPr>
              <w:spacing w:before="80" w:after="80"/>
              <w:rPr>
                <w:rFonts w:ascii="Brandon Grotesque Light" w:hAnsi="Brandon Grotesque Light"/>
              </w:rPr>
            </w:pPr>
            <w:r w:rsidRPr="00DC63B1">
              <w:rPr>
                <w:rFonts w:ascii="Brandon Grotesque Light" w:hAnsi="Brandon Grotesque Light"/>
              </w:rPr>
              <w:t>Email:</w:t>
            </w:r>
          </w:p>
        </w:tc>
        <w:tc>
          <w:tcPr>
            <w:tcW w:w="8212" w:type="dxa"/>
          </w:tcPr>
          <w:p w14:paraId="5EF76E15" w14:textId="665410E9" w:rsidR="00663F88" w:rsidRPr="00DC63B1" w:rsidRDefault="00663F88" w:rsidP="008D0399">
            <w:pPr>
              <w:spacing w:before="80" w:after="80"/>
              <w:rPr>
                <w:rFonts w:ascii="Brandon Grotesque Light" w:hAnsi="Brandon Grotesque Light"/>
              </w:rPr>
            </w:pPr>
          </w:p>
        </w:tc>
      </w:tr>
      <w:tr w:rsidR="00663F88" w:rsidRPr="00DC63B1" w14:paraId="09406DA9" w14:textId="77777777" w:rsidTr="001C316D">
        <w:tc>
          <w:tcPr>
            <w:tcW w:w="1408" w:type="dxa"/>
          </w:tcPr>
          <w:p w14:paraId="452FFBA4" w14:textId="59ED6BA1" w:rsidR="00663F88" w:rsidRPr="00DC63B1" w:rsidRDefault="00663F88" w:rsidP="008D0399">
            <w:pPr>
              <w:spacing w:before="80" w:after="80"/>
              <w:rPr>
                <w:rFonts w:ascii="Brandon Grotesque Light" w:hAnsi="Brandon Grotesque Light"/>
              </w:rPr>
            </w:pPr>
            <w:r w:rsidRPr="00DC63B1">
              <w:rPr>
                <w:rFonts w:ascii="Brandon Grotesque Light" w:hAnsi="Brandon Grotesque Light"/>
              </w:rPr>
              <w:t>Phone:</w:t>
            </w:r>
          </w:p>
        </w:tc>
        <w:tc>
          <w:tcPr>
            <w:tcW w:w="8212" w:type="dxa"/>
          </w:tcPr>
          <w:p w14:paraId="5CD5984B" w14:textId="6E811B41" w:rsidR="00B84A12" w:rsidRPr="00DC63B1" w:rsidRDefault="00B84A12" w:rsidP="008D0399">
            <w:pPr>
              <w:spacing w:before="80" w:after="80"/>
              <w:rPr>
                <w:rFonts w:ascii="Brandon Grotesque Light" w:hAnsi="Brandon Grotesque Light"/>
              </w:rPr>
            </w:pPr>
          </w:p>
        </w:tc>
      </w:tr>
    </w:tbl>
    <w:p w14:paraId="6BAA592E" w14:textId="747A9730" w:rsidR="000A04A4" w:rsidRPr="00DC63B1" w:rsidRDefault="00731189" w:rsidP="00391241">
      <w:pPr>
        <w:pStyle w:val="Heading1"/>
        <w:spacing w:before="120"/>
        <w:rPr>
          <w:rFonts w:ascii="Brandon Grotesque Light" w:hAnsi="Brandon Grotesque Light"/>
          <w:sz w:val="24"/>
          <w:szCs w:val="24"/>
        </w:rPr>
      </w:pPr>
      <w:r w:rsidRPr="00DC63B1">
        <w:rPr>
          <w:rFonts w:ascii="Brandon Grotesque Light" w:hAnsi="Brandon Grotesque Light"/>
          <w:sz w:val="24"/>
          <w:szCs w:val="24"/>
        </w:rPr>
        <w:lastRenderedPageBreak/>
        <w:t>Award Category (select one)</w:t>
      </w:r>
      <w:r w:rsidR="00140E9C" w:rsidRPr="00DC63B1">
        <w:rPr>
          <w:rFonts w:ascii="Brandon Grotesque Light" w:hAnsi="Brandon Grotesque Light"/>
          <w:sz w:val="24"/>
          <w:szCs w:val="24"/>
        </w:rPr>
        <w:t xml:space="preserve"> </w:t>
      </w:r>
    </w:p>
    <w:tbl>
      <w:tblPr>
        <w:tblStyle w:val="TableGrid"/>
        <w:tblW w:w="0" w:type="auto"/>
        <w:tblLook w:val="04A0" w:firstRow="1" w:lastRow="0" w:firstColumn="1" w:lastColumn="0" w:noHBand="0" w:noVBand="1"/>
      </w:tblPr>
      <w:tblGrid>
        <w:gridCol w:w="9394"/>
      </w:tblGrid>
      <w:tr w:rsidR="008D0399" w:rsidRPr="00DC63B1" w14:paraId="7E31E8CD" w14:textId="77777777" w:rsidTr="004F05BD">
        <w:tc>
          <w:tcPr>
            <w:tcW w:w="9394" w:type="dxa"/>
          </w:tcPr>
          <w:p w14:paraId="2EA7417F" w14:textId="1290255B" w:rsidR="008D0399" w:rsidRPr="00DC63B1" w:rsidRDefault="008D0399" w:rsidP="008D0399">
            <w:pPr>
              <w:rPr>
                <w:rFonts w:ascii="Brandon Grotesque Light" w:hAnsi="Brandon Grotesque Light"/>
              </w:rPr>
            </w:pPr>
            <w:r w:rsidRPr="00DC63B1">
              <w:rPr>
                <w:rFonts w:ascii="Brandon Grotesque Light" w:hAnsi="Brandon Grotesque Light"/>
                <w:b/>
              </w:rPr>
              <w:t xml:space="preserve"> </w:t>
            </w:r>
            <w:sdt>
              <w:sdtPr>
                <w:rPr>
                  <w:rFonts w:ascii="Brandon Grotesque Light" w:hAnsi="Brandon Grotesque Light"/>
                  <w:b/>
                </w:rPr>
                <w:id w:val="854469088"/>
                <w14:checkbox>
                  <w14:checked w14:val="0"/>
                  <w14:checkedState w14:val="2612" w14:font="MS Gothic"/>
                  <w14:uncheckedState w14:val="2610" w14:font="MS Gothic"/>
                </w14:checkbox>
              </w:sdtPr>
              <w:sdtEndPr/>
              <w:sdtContent>
                <w:r w:rsidR="00C974B8" w:rsidRPr="00DC63B1">
                  <w:rPr>
                    <w:rFonts w:ascii="Segoe UI Symbol" w:eastAsia="MS Gothic" w:hAnsi="Segoe UI Symbol" w:cs="Segoe UI Symbol"/>
                    <w:b/>
                  </w:rPr>
                  <w:t>☐</w:t>
                </w:r>
              </w:sdtContent>
            </w:sdt>
            <w:r w:rsidR="00C974B8" w:rsidRPr="00DC63B1">
              <w:rPr>
                <w:rFonts w:ascii="Brandon Grotesque Light" w:hAnsi="Brandon Grotesque Light"/>
                <w:b/>
              </w:rPr>
              <w:t xml:space="preserve">         </w:t>
            </w:r>
            <w:r w:rsidRPr="00DC63B1">
              <w:rPr>
                <w:rFonts w:ascii="Brandon Grotesque Light" w:hAnsi="Brandon Grotesque Light"/>
                <w:b/>
              </w:rPr>
              <w:t>Equity in Health Impact Award</w:t>
            </w:r>
          </w:p>
          <w:p w14:paraId="2BBFF54A" w14:textId="781A8ECC" w:rsidR="008D0399" w:rsidRPr="00DC63B1" w:rsidRDefault="008D0399" w:rsidP="008D0399">
            <w:pPr>
              <w:spacing w:after="120"/>
              <w:ind w:left="720"/>
              <w:rPr>
                <w:rFonts w:ascii="Brandon Grotesque Light" w:hAnsi="Brandon Grotesque Light"/>
              </w:rPr>
            </w:pPr>
            <w:proofErr w:type="spellStart"/>
            <w:r w:rsidRPr="00DC63B1">
              <w:rPr>
                <w:rFonts w:ascii="Brandon Grotesque Light" w:hAnsi="Brandon Grotesque Light"/>
              </w:rPr>
              <w:t>Recognises</w:t>
            </w:r>
            <w:proofErr w:type="spellEnd"/>
            <w:r w:rsidRPr="00DC63B1">
              <w:rPr>
                <w:rFonts w:ascii="Brandon Grotesque Light" w:hAnsi="Brandon Grotesque Light"/>
              </w:rPr>
              <w:t xml:space="preserve"> research, partnerships or programs that reduce inequities in access to care and health outcomes for priority populations, including Aboriginal and Torres Strait Islander peoples, culturally and linguistically diverse communities, and other underserved groups.</w:t>
            </w:r>
          </w:p>
        </w:tc>
      </w:tr>
      <w:tr w:rsidR="008D0399" w:rsidRPr="00DC63B1" w14:paraId="310413F5" w14:textId="77777777" w:rsidTr="004F05BD">
        <w:tc>
          <w:tcPr>
            <w:tcW w:w="9394" w:type="dxa"/>
          </w:tcPr>
          <w:p w14:paraId="0B4EAFEE" w14:textId="114F278C" w:rsidR="008D0399" w:rsidRPr="00DC63B1" w:rsidRDefault="00731189" w:rsidP="008D0399">
            <w:pPr>
              <w:rPr>
                <w:rFonts w:ascii="Brandon Grotesque Light" w:hAnsi="Brandon Grotesque Light"/>
                <w:b/>
              </w:rPr>
            </w:pPr>
            <w:sdt>
              <w:sdtPr>
                <w:rPr>
                  <w:rFonts w:ascii="Brandon Grotesque Light" w:hAnsi="Brandon Grotesque Light"/>
                  <w:b/>
                </w:rPr>
                <w:id w:val="-157156988"/>
                <w14:checkbox>
                  <w14:checked w14:val="0"/>
                  <w14:checkedState w14:val="2612" w14:font="MS Gothic"/>
                  <w14:uncheckedState w14:val="2610" w14:font="MS Gothic"/>
                </w14:checkbox>
              </w:sdtPr>
              <w:sdtEndPr/>
              <w:sdtContent>
                <w:r w:rsidR="00C974B8" w:rsidRPr="00DC63B1">
                  <w:rPr>
                    <w:rFonts w:ascii="Segoe UI Symbol" w:eastAsia="MS Gothic" w:hAnsi="Segoe UI Symbol" w:cs="Segoe UI Symbol"/>
                    <w:b/>
                  </w:rPr>
                  <w:t>☐</w:t>
                </w:r>
              </w:sdtContent>
            </w:sdt>
            <w:r w:rsidR="008D0399" w:rsidRPr="00DC63B1">
              <w:rPr>
                <w:rFonts w:ascii="Brandon Grotesque Light" w:hAnsi="Brandon Grotesque Light"/>
                <w:b/>
              </w:rPr>
              <w:t xml:space="preserve"> </w:t>
            </w:r>
            <w:r w:rsidR="008D0399" w:rsidRPr="00DC63B1">
              <w:rPr>
                <w:rFonts w:ascii="Brandon Grotesque Light" w:hAnsi="Brandon Grotesque Light"/>
                <w:b/>
              </w:rPr>
              <w:tab/>
              <w:t>Innovation and Implementation Award</w:t>
            </w:r>
          </w:p>
          <w:p w14:paraId="7DCCB336" w14:textId="0A4974E0" w:rsidR="008D0399" w:rsidRPr="00DC63B1" w:rsidRDefault="008D0399" w:rsidP="008D0399">
            <w:pPr>
              <w:spacing w:after="120"/>
              <w:ind w:left="720"/>
              <w:rPr>
                <w:rFonts w:ascii="Brandon Grotesque Light" w:hAnsi="Brandon Grotesque Light"/>
              </w:rPr>
            </w:pPr>
            <w:proofErr w:type="spellStart"/>
            <w:r w:rsidRPr="00DC63B1">
              <w:rPr>
                <w:rFonts w:ascii="Brandon Grotesque Light" w:hAnsi="Brandon Grotesque Light"/>
              </w:rPr>
              <w:t>Recognises</w:t>
            </w:r>
            <w:proofErr w:type="spellEnd"/>
            <w:r w:rsidRPr="00DC63B1">
              <w:rPr>
                <w:rFonts w:ascii="Brandon Grotesque Light" w:hAnsi="Brandon Grotesque Light"/>
              </w:rPr>
              <w:t xml:space="preserve"> work that combines innovation with effective implementation to deliver measurable improvements in patient outcomes, experience, or health system performance.</w:t>
            </w:r>
          </w:p>
        </w:tc>
      </w:tr>
      <w:tr w:rsidR="008D0399" w:rsidRPr="00DC63B1" w14:paraId="67B35C02" w14:textId="77777777" w:rsidTr="004F05BD">
        <w:tc>
          <w:tcPr>
            <w:tcW w:w="9394" w:type="dxa"/>
          </w:tcPr>
          <w:p w14:paraId="0F916C65" w14:textId="4624DD11" w:rsidR="008D0399" w:rsidRPr="00DC63B1" w:rsidRDefault="00731189" w:rsidP="008D0399">
            <w:pPr>
              <w:rPr>
                <w:rFonts w:ascii="Brandon Grotesque Light" w:hAnsi="Brandon Grotesque Light" w:cs="Segoe UI Symbol"/>
                <w:bCs/>
                <w:sz w:val="36"/>
                <w:szCs w:val="36"/>
              </w:rPr>
            </w:pPr>
            <w:sdt>
              <w:sdtPr>
                <w:rPr>
                  <w:rFonts w:ascii="Brandon Grotesque Light" w:hAnsi="Brandon Grotesque Light"/>
                  <w:b/>
                </w:rPr>
                <w:id w:val="-1331986621"/>
                <w14:checkbox>
                  <w14:checked w14:val="0"/>
                  <w14:checkedState w14:val="2612" w14:font="MS Gothic"/>
                  <w14:uncheckedState w14:val="2610" w14:font="MS Gothic"/>
                </w14:checkbox>
              </w:sdtPr>
              <w:sdtEndPr/>
              <w:sdtContent>
                <w:r w:rsidR="00C974B8" w:rsidRPr="00DC63B1">
                  <w:rPr>
                    <w:rFonts w:ascii="Segoe UI Symbol" w:eastAsia="MS Gothic" w:hAnsi="Segoe UI Symbol" w:cs="Segoe UI Symbol"/>
                    <w:b/>
                  </w:rPr>
                  <w:t>☐</w:t>
                </w:r>
              </w:sdtContent>
            </w:sdt>
            <w:r w:rsidR="008D0399" w:rsidRPr="00DC63B1">
              <w:rPr>
                <w:rFonts w:ascii="Brandon Grotesque Light" w:hAnsi="Brandon Grotesque Light"/>
                <w:b/>
              </w:rPr>
              <w:t xml:space="preserve"> </w:t>
            </w:r>
            <w:r w:rsidR="008D0399" w:rsidRPr="00DC63B1">
              <w:rPr>
                <w:rFonts w:ascii="Brandon Grotesque Light" w:hAnsi="Brandon Grotesque Light"/>
                <w:b/>
              </w:rPr>
              <w:tab/>
              <w:t>Partnership &amp; Collaboration Award</w:t>
            </w:r>
            <w:r w:rsidR="008D0399" w:rsidRPr="00DC63B1">
              <w:rPr>
                <w:rFonts w:ascii="Brandon Grotesque Light" w:hAnsi="Brandon Grotesque Light" w:cs="Segoe UI Symbol"/>
                <w:bCs/>
                <w:sz w:val="36"/>
                <w:szCs w:val="36"/>
              </w:rPr>
              <w:t xml:space="preserve"> </w:t>
            </w:r>
          </w:p>
          <w:p w14:paraId="5BD3CEDA" w14:textId="3B96D77E" w:rsidR="008D0399" w:rsidRPr="00DC63B1" w:rsidRDefault="008D0399" w:rsidP="008D0399">
            <w:pPr>
              <w:ind w:left="720"/>
              <w:rPr>
                <w:rFonts w:ascii="Brandon Grotesque Light" w:hAnsi="Brandon Grotesque Light" w:cs="Segoe UI Symbol"/>
                <w:bCs/>
                <w:sz w:val="36"/>
                <w:szCs w:val="36"/>
              </w:rPr>
            </w:pPr>
            <w:r w:rsidRPr="00DC63B1">
              <w:rPr>
                <w:rFonts w:ascii="Brandon Grotesque Light" w:hAnsi="Brandon Grotesque Light"/>
              </w:rPr>
              <w:t>Honours teams or networks that demonstrate exemplary cross-institutional, community, clinical, academic, or consumer partnerships that advance translational research and health impact.</w:t>
            </w:r>
          </w:p>
        </w:tc>
      </w:tr>
      <w:tr w:rsidR="008D0399" w:rsidRPr="00DC63B1" w14:paraId="64463D4E" w14:textId="77777777" w:rsidTr="004F05BD">
        <w:tc>
          <w:tcPr>
            <w:tcW w:w="9394" w:type="dxa"/>
          </w:tcPr>
          <w:p w14:paraId="5E070BFB" w14:textId="5C530B45" w:rsidR="008D0399" w:rsidRPr="00DC63B1" w:rsidRDefault="00731189" w:rsidP="008D0399">
            <w:pPr>
              <w:rPr>
                <w:rFonts w:ascii="Brandon Grotesque Light" w:hAnsi="Brandon Grotesque Light"/>
                <w:b/>
              </w:rPr>
            </w:pPr>
            <w:sdt>
              <w:sdtPr>
                <w:rPr>
                  <w:rFonts w:ascii="Brandon Grotesque Light" w:hAnsi="Brandon Grotesque Light"/>
                  <w:b/>
                </w:rPr>
                <w:id w:val="123213075"/>
                <w14:checkbox>
                  <w14:checked w14:val="0"/>
                  <w14:checkedState w14:val="2612" w14:font="MS Gothic"/>
                  <w14:uncheckedState w14:val="2610" w14:font="MS Gothic"/>
                </w14:checkbox>
              </w:sdtPr>
              <w:sdtEndPr/>
              <w:sdtContent>
                <w:r w:rsidR="00C974B8" w:rsidRPr="00DC63B1">
                  <w:rPr>
                    <w:rFonts w:ascii="Segoe UI Symbol" w:eastAsia="MS Gothic" w:hAnsi="Segoe UI Symbol" w:cs="Segoe UI Symbol"/>
                    <w:b/>
                  </w:rPr>
                  <w:t>☐</w:t>
                </w:r>
              </w:sdtContent>
            </w:sdt>
            <w:r w:rsidR="008D0399" w:rsidRPr="00DC63B1">
              <w:rPr>
                <w:rFonts w:ascii="Brandon Grotesque Light" w:hAnsi="Brandon Grotesque Light"/>
                <w:b/>
              </w:rPr>
              <w:t xml:space="preserve"> </w:t>
            </w:r>
            <w:r w:rsidR="008D0399" w:rsidRPr="00DC63B1">
              <w:rPr>
                <w:rFonts w:ascii="Brandon Grotesque Light" w:hAnsi="Brandon Grotesque Light"/>
                <w:b/>
              </w:rPr>
              <w:tab/>
              <w:t>Emerging Researcher Award</w:t>
            </w:r>
          </w:p>
          <w:p w14:paraId="25F389D7" w14:textId="77777777" w:rsidR="0002201A" w:rsidRPr="00DC63B1" w:rsidRDefault="008D0399" w:rsidP="00391241">
            <w:pPr>
              <w:ind w:left="720" w:right="-716"/>
              <w:rPr>
                <w:rFonts w:ascii="Brandon Grotesque Light" w:hAnsi="Brandon Grotesque Light"/>
              </w:rPr>
            </w:pPr>
            <w:r w:rsidRPr="00DC63B1">
              <w:rPr>
                <w:rFonts w:ascii="Brandon Grotesque Light" w:hAnsi="Brandon Grotesque Light"/>
              </w:rPr>
              <w:t xml:space="preserve">Acknowledges a researcher who is building strong collaborative networks, producing high-quality </w:t>
            </w:r>
          </w:p>
          <w:p w14:paraId="0939671A" w14:textId="77777777" w:rsidR="00BB5AE8" w:rsidRPr="00DC63B1" w:rsidRDefault="0002201A" w:rsidP="00391241">
            <w:pPr>
              <w:ind w:left="720" w:right="-716"/>
              <w:rPr>
                <w:rFonts w:ascii="Brandon Grotesque Light" w:hAnsi="Brandon Grotesque Light"/>
              </w:rPr>
            </w:pPr>
            <w:r w:rsidRPr="00DC63B1">
              <w:rPr>
                <w:rFonts w:ascii="Brandon Grotesque Light" w:hAnsi="Brandon Grotesque Light"/>
              </w:rPr>
              <w:t>research and</w:t>
            </w:r>
            <w:r w:rsidR="008D0399" w:rsidRPr="00DC63B1">
              <w:rPr>
                <w:rFonts w:ascii="Brandon Grotesque Light" w:hAnsi="Brandon Grotesque Light"/>
              </w:rPr>
              <w:t xml:space="preserve"> showing clear potential to translate evidence into improved clinical practice or </w:t>
            </w:r>
          </w:p>
          <w:p w14:paraId="5FEB631D" w14:textId="32F557E3" w:rsidR="008D0399" w:rsidRPr="00DC63B1" w:rsidRDefault="008D0399" w:rsidP="00391241">
            <w:pPr>
              <w:ind w:left="720" w:right="-716"/>
              <w:rPr>
                <w:rFonts w:ascii="Brandon Grotesque Light" w:hAnsi="Brandon Grotesque Light" w:cs="Segoe UI Symbol"/>
                <w:bCs/>
                <w:sz w:val="36"/>
                <w:szCs w:val="36"/>
              </w:rPr>
            </w:pPr>
            <w:r w:rsidRPr="00DC63B1">
              <w:rPr>
                <w:rFonts w:ascii="Brandon Grotesque Light" w:hAnsi="Brandon Grotesque Light"/>
              </w:rPr>
              <w:t>community outcomes.</w:t>
            </w:r>
          </w:p>
        </w:tc>
      </w:tr>
      <w:tr w:rsidR="008D0399" w:rsidRPr="00DC63B1" w14:paraId="6D73B758" w14:textId="77777777" w:rsidTr="004F05BD">
        <w:trPr>
          <w:trHeight w:val="133"/>
        </w:trPr>
        <w:tc>
          <w:tcPr>
            <w:tcW w:w="9394" w:type="dxa"/>
          </w:tcPr>
          <w:p w14:paraId="2BB2AB5C" w14:textId="1FE9247C" w:rsidR="008D0399" w:rsidRPr="00DC63B1" w:rsidRDefault="00731189" w:rsidP="008D0399">
            <w:pPr>
              <w:rPr>
                <w:rFonts w:ascii="Brandon Grotesque Light" w:hAnsi="Brandon Grotesque Light"/>
                <w:b/>
              </w:rPr>
            </w:pPr>
            <w:sdt>
              <w:sdtPr>
                <w:rPr>
                  <w:rFonts w:ascii="Brandon Grotesque Light" w:hAnsi="Brandon Grotesque Light"/>
                  <w:b/>
                </w:rPr>
                <w:id w:val="-739712794"/>
                <w14:checkbox>
                  <w14:checked w14:val="0"/>
                  <w14:checkedState w14:val="2612" w14:font="MS Gothic"/>
                  <w14:uncheckedState w14:val="2610" w14:font="MS Gothic"/>
                </w14:checkbox>
              </w:sdtPr>
              <w:sdtEndPr/>
              <w:sdtContent>
                <w:r w:rsidR="00C974B8" w:rsidRPr="00DC63B1">
                  <w:rPr>
                    <w:rFonts w:ascii="Segoe UI Symbol" w:eastAsia="MS Gothic" w:hAnsi="Segoe UI Symbol" w:cs="Segoe UI Symbol"/>
                    <w:b/>
                  </w:rPr>
                  <w:t>☐</w:t>
                </w:r>
              </w:sdtContent>
            </w:sdt>
            <w:r w:rsidR="008D0399" w:rsidRPr="00DC63B1">
              <w:rPr>
                <w:rFonts w:ascii="Brandon Grotesque Light" w:hAnsi="Brandon Grotesque Light"/>
                <w:b/>
              </w:rPr>
              <w:t xml:space="preserve"> </w:t>
            </w:r>
            <w:r w:rsidR="008D0399" w:rsidRPr="00DC63B1">
              <w:rPr>
                <w:rFonts w:ascii="Brandon Grotesque Light" w:hAnsi="Brandon Grotesque Light"/>
                <w:b/>
              </w:rPr>
              <w:tab/>
              <w:t>Women in Translational Health Leadership Award</w:t>
            </w:r>
          </w:p>
          <w:p w14:paraId="111854A3" w14:textId="49975348" w:rsidR="008D0399" w:rsidRPr="00DC63B1" w:rsidRDefault="008D0399" w:rsidP="00391241">
            <w:pPr>
              <w:ind w:left="720"/>
              <w:rPr>
                <w:rFonts w:ascii="Brandon Grotesque Light" w:hAnsi="Brandon Grotesque Light" w:cs="Segoe UI Symbol"/>
                <w:bCs/>
                <w:sz w:val="36"/>
                <w:szCs w:val="36"/>
              </w:rPr>
            </w:pPr>
            <w:proofErr w:type="spellStart"/>
            <w:r w:rsidRPr="00DC63B1">
              <w:rPr>
                <w:rFonts w:ascii="Brandon Grotesque Light" w:hAnsi="Brandon Grotesque Light"/>
              </w:rPr>
              <w:t>Recognises</w:t>
            </w:r>
            <w:proofErr w:type="spellEnd"/>
            <w:r w:rsidRPr="00DC63B1">
              <w:rPr>
                <w:rFonts w:ascii="Brandon Grotesque Light" w:hAnsi="Brandon Grotesque Light"/>
              </w:rPr>
              <w:t xml:space="preserve"> an outstanding female researcher who has demonstrated leadership in translational health research, collaboration, and impact. This award celebrates women who are advancing innovation, strengthening research capacity, and contributing to meaningful improvements in health outcomes</w:t>
            </w:r>
            <w:r w:rsidR="00391241" w:rsidRPr="00DC63B1">
              <w:rPr>
                <w:rFonts w:ascii="Brandon Grotesque Light" w:hAnsi="Brandon Grotesque Light"/>
              </w:rPr>
              <w:t>.</w:t>
            </w:r>
            <w:r w:rsidRPr="00DC63B1">
              <w:rPr>
                <w:rFonts w:ascii="Brandon Grotesque Light" w:hAnsi="Brandon Grotesque Light"/>
              </w:rPr>
              <w:t xml:space="preserve"> </w:t>
            </w:r>
          </w:p>
        </w:tc>
      </w:tr>
    </w:tbl>
    <w:p w14:paraId="38F1801D" w14:textId="5292278E" w:rsidR="009668B5" w:rsidRPr="009668B5" w:rsidRDefault="009668B5" w:rsidP="009668B5">
      <w:pPr>
        <w:pStyle w:val="Heading1"/>
        <w:rPr>
          <w:rFonts w:ascii="Brandon Grotesque Light" w:hAnsi="Brandon Grotesque Light"/>
          <w:sz w:val="24"/>
          <w:szCs w:val="24"/>
        </w:rPr>
      </w:pPr>
      <w:r w:rsidRPr="009668B5">
        <w:rPr>
          <w:rFonts w:ascii="Brandon Grotesque Light" w:hAnsi="Brandon Grotesque Light"/>
          <w:sz w:val="24"/>
          <w:szCs w:val="24"/>
        </w:rPr>
        <w:t>  </w:t>
      </w:r>
      <w:r w:rsidRPr="00DC63B1">
        <w:rPr>
          <w:rFonts w:ascii="Brandon Grotesque Light" w:hAnsi="Brandon Grotesque Light"/>
          <w:sz w:val="24"/>
          <w:szCs w:val="24"/>
        </w:rPr>
        <w:t>Project / Initiative Details</w:t>
      </w:r>
    </w:p>
    <w:tbl>
      <w:tblPr>
        <w:tblStyle w:val="TableGrid"/>
        <w:tblW w:w="0" w:type="auto"/>
        <w:tblLook w:val="04A0" w:firstRow="1" w:lastRow="0" w:firstColumn="1" w:lastColumn="0" w:noHBand="0" w:noVBand="1"/>
      </w:tblPr>
      <w:tblGrid>
        <w:gridCol w:w="2625"/>
        <w:gridCol w:w="6769"/>
      </w:tblGrid>
      <w:tr w:rsidR="00391241" w:rsidRPr="00DC63B1" w14:paraId="304CDBDF" w14:textId="77777777" w:rsidTr="00391241">
        <w:tc>
          <w:tcPr>
            <w:tcW w:w="2660" w:type="dxa"/>
          </w:tcPr>
          <w:p w14:paraId="01FA57CC" w14:textId="00749964" w:rsidR="00391241" w:rsidRPr="00DC63B1" w:rsidRDefault="00391241" w:rsidP="00391241">
            <w:pPr>
              <w:rPr>
                <w:rFonts w:ascii="Brandon Grotesque Light" w:hAnsi="Brandon Grotesque Light"/>
                <w:b/>
                <w:bCs/>
              </w:rPr>
            </w:pPr>
            <w:r w:rsidRPr="00DC63B1">
              <w:rPr>
                <w:rFonts w:ascii="Brandon Grotesque Light" w:hAnsi="Brandon Grotesque Light"/>
                <w:b/>
                <w:bCs/>
              </w:rPr>
              <w:t>Project/Program Title</w:t>
            </w:r>
            <w:r w:rsidR="005A6337">
              <w:rPr>
                <w:rFonts w:ascii="Brandon Grotesque Light" w:hAnsi="Brandon Grotesque Light"/>
                <w:b/>
                <w:bCs/>
              </w:rPr>
              <w:t>/Researcher name</w:t>
            </w:r>
          </w:p>
        </w:tc>
        <w:tc>
          <w:tcPr>
            <w:tcW w:w="6960" w:type="dxa"/>
          </w:tcPr>
          <w:p w14:paraId="4FBE5F78" w14:textId="77777777" w:rsidR="00391241" w:rsidRPr="00DC63B1" w:rsidRDefault="00391241" w:rsidP="00391241">
            <w:pPr>
              <w:rPr>
                <w:rFonts w:ascii="Brandon Grotesque Light" w:hAnsi="Brandon Grotesque Light"/>
              </w:rPr>
            </w:pPr>
          </w:p>
          <w:p w14:paraId="7C06EA06" w14:textId="77777777" w:rsidR="00391241" w:rsidRPr="00DC63B1" w:rsidRDefault="00391241" w:rsidP="00391241">
            <w:pPr>
              <w:rPr>
                <w:rFonts w:ascii="Brandon Grotesque Light" w:hAnsi="Brandon Grotesque Light"/>
              </w:rPr>
            </w:pPr>
          </w:p>
        </w:tc>
      </w:tr>
      <w:tr w:rsidR="00391241" w:rsidRPr="00DC63B1" w14:paraId="03EF69FB" w14:textId="77777777" w:rsidTr="00391241">
        <w:tc>
          <w:tcPr>
            <w:tcW w:w="2660" w:type="dxa"/>
          </w:tcPr>
          <w:p w14:paraId="0F9BD5F4" w14:textId="402EA5AC" w:rsidR="00391241" w:rsidRPr="00DC63B1" w:rsidRDefault="00391241" w:rsidP="00391241">
            <w:pPr>
              <w:rPr>
                <w:rFonts w:ascii="Brandon Grotesque Light" w:hAnsi="Brandon Grotesque Light"/>
                <w:b/>
                <w:bCs/>
              </w:rPr>
            </w:pPr>
            <w:r w:rsidRPr="00DC63B1">
              <w:rPr>
                <w:rFonts w:ascii="Brandon Grotesque Light" w:hAnsi="Brandon Grotesque Light"/>
                <w:b/>
                <w:bCs/>
              </w:rPr>
              <w:t xml:space="preserve">Summary </w:t>
            </w:r>
            <w:r w:rsidRPr="00DC63B1">
              <w:rPr>
                <w:rFonts w:ascii="Brandon Grotesque Light" w:hAnsi="Brandon Grotesque Light"/>
                <w:b/>
                <w:bCs/>
                <w:i/>
                <w:iCs/>
              </w:rPr>
              <w:t>(max 200 words)</w:t>
            </w:r>
          </w:p>
        </w:tc>
        <w:tc>
          <w:tcPr>
            <w:tcW w:w="6960" w:type="dxa"/>
          </w:tcPr>
          <w:p w14:paraId="21638512" w14:textId="07C0010F" w:rsidR="00391241" w:rsidRDefault="00140E9C" w:rsidP="00391241">
            <w:pPr>
              <w:rPr>
                <w:rFonts w:ascii="Brandon Grotesque Light" w:hAnsi="Brandon Grotesque Light" w:cstheme="majorHAnsi"/>
                <w:i/>
                <w:iCs/>
                <w:sz w:val="20"/>
                <w:szCs w:val="20"/>
                <w:lang w:val="en-AU"/>
              </w:rPr>
            </w:pPr>
            <w:r w:rsidRPr="00DC63B1">
              <w:rPr>
                <w:rFonts w:ascii="Brandon Grotesque Light" w:hAnsi="Brandon Grotesque Light" w:cstheme="majorHAnsi"/>
                <w:i/>
                <w:iCs/>
                <w:sz w:val="20"/>
                <w:szCs w:val="20"/>
                <w:lang w:val="en-AU"/>
              </w:rPr>
              <w:t>Include the purpose of the project, its impact, and how sustainability, scalability and long</w:t>
            </w:r>
            <w:r w:rsidRPr="00DC63B1">
              <w:rPr>
                <w:rFonts w:ascii="Brandon Grotesque Light" w:hAnsi="Brandon Grotesque Light" w:cstheme="majorHAnsi"/>
                <w:i/>
                <w:iCs/>
                <w:sz w:val="20"/>
                <w:szCs w:val="20"/>
                <w:lang w:val="en-AU"/>
              </w:rPr>
              <w:noBreakHyphen/>
              <w:t>term value were considered.</w:t>
            </w:r>
          </w:p>
          <w:p w14:paraId="786A66DB" w14:textId="149D3CEF" w:rsidR="00391241" w:rsidRPr="00DC63B1" w:rsidRDefault="009C43F5" w:rsidP="00391241">
            <w:pPr>
              <w:rPr>
                <w:rFonts w:ascii="Brandon Grotesque Light" w:hAnsi="Brandon Grotesque Light"/>
              </w:rPr>
            </w:pPr>
            <w:r>
              <w:rPr>
                <w:rFonts w:ascii="Brandon Grotesque Light" w:eastAsiaTheme="majorEastAsia" w:hAnsi="Brandon Grotesque Light" w:cstheme="majorBidi"/>
                <w:b/>
                <w:bCs/>
                <w:i/>
                <w:iCs/>
                <w:color w:val="000000" w:themeColor="text1"/>
                <w:sz w:val="20"/>
                <w:szCs w:val="20"/>
              </w:rPr>
              <w:t>(</w:t>
            </w:r>
            <w:r w:rsidR="00E81A17" w:rsidRPr="00E81A17">
              <w:rPr>
                <w:rFonts w:ascii="Brandon Grotesque Light" w:eastAsiaTheme="majorEastAsia" w:hAnsi="Brandon Grotesque Light" w:cstheme="majorBidi"/>
                <w:b/>
                <w:bCs/>
                <w:i/>
                <w:iCs/>
                <w:color w:val="000000" w:themeColor="text1"/>
                <w:sz w:val="20"/>
                <w:szCs w:val="20"/>
              </w:rPr>
              <w:t>For Emerging Researcher / Women in Translational Health Leadership nominations:</w:t>
            </w:r>
            <w:r w:rsidR="00E81A17" w:rsidRPr="00E81A17">
              <w:rPr>
                <w:rFonts w:ascii="Brandon Grotesque Light" w:eastAsiaTheme="majorEastAsia" w:hAnsi="Brandon Grotesque Light" w:cstheme="majorBidi"/>
                <w:i/>
                <w:iCs/>
                <w:color w:val="000000" w:themeColor="text1"/>
                <w:sz w:val="20"/>
                <w:szCs w:val="20"/>
              </w:rPr>
              <w:t> Briefly outline the nominee’s research focus, career contribution, leadership, translational impact and relevance to the selected award category.</w:t>
            </w:r>
            <w:r>
              <w:rPr>
                <w:rFonts w:ascii="Brandon Grotesque Light" w:eastAsiaTheme="majorEastAsia" w:hAnsi="Brandon Grotesque Light" w:cstheme="majorBidi"/>
                <w:i/>
                <w:iCs/>
                <w:color w:val="000000" w:themeColor="text1"/>
                <w:sz w:val="20"/>
                <w:szCs w:val="20"/>
              </w:rPr>
              <w:t>)</w:t>
            </w:r>
          </w:p>
          <w:p w14:paraId="6A214176" w14:textId="77777777" w:rsidR="00391241" w:rsidRPr="00DC63B1" w:rsidRDefault="00391241" w:rsidP="00391241">
            <w:pPr>
              <w:rPr>
                <w:rFonts w:ascii="Brandon Grotesque Light" w:hAnsi="Brandon Grotesque Light"/>
              </w:rPr>
            </w:pPr>
          </w:p>
          <w:p w14:paraId="1BF59325" w14:textId="77777777" w:rsidR="00391241" w:rsidRPr="00DC63B1" w:rsidRDefault="00391241" w:rsidP="00391241">
            <w:pPr>
              <w:rPr>
                <w:rFonts w:ascii="Brandon Grotesque Light" w:hAnsi="Brandon Grotesque Light"/>
              </w:rPr>
            </w:pPr>
          </w:p>
          <w:p w14:paraId="18DCA630" w14:textId="77777777" w:rsidR="00391241" w:rsidRPr="00DC63B1" w:rsidRDefault="00391241" w:rsidP="00391241">
            <w:pPr>
              <w:rPr>
                <w:rFonts w:ascii="Brandon Grotesque Light" w:hAnsi="Brandon Grotesque Light"/>
              </w:rPr>
            </w:pPr>
          </w:p>
          <w:p w14:paraId="2A8CB280" w14:textId="77777777" w:rsidR="00391241" w:rsidRPr="00DC63B1" w:rsidRDefault="00391241" w:rsidP="00391241">
            <w:pPr>
              <w:rPr>
                <w:rFonts w:ascii="Brandon Grotesque Light" w:hAnsi="Brandon Grotesque Light"/>
              </w:rPr>
            </w:pPr>
          </w:p>
          <w:p w14:paraId="4BC8F10C" w14:textId="77777777" w:rsidR="00391241" w:rsidRPr="00DC63B1" w:rsidRDefault="00391241" w:rsidP="00391241">
            <w:pPr>
              <w:rPr>
                <w:rFonts w:ascii="Brandon Grotesque Light" w:hAnsi="Brandon Grotesque Light"/>
              </w:rPr>
            </w:pPr>
          </w:p>
          <w:p w14:paraId="63875D5D" w14:textId="77777777" w:rsidR="00391241" w:rsidRPr="00DC63B1" w:rsidRDefault="00391241" w:rsidP="00391241">
            <w:pPr>
              <w:rPr>
                <w:rFonts w:ascii="Brandon Grotesque Light" w:hAnsi="Brandon Grotesque Light"/>
              </w:rPr>
            </w:pPr>
          </w:p>
          <w:p w14:paraId="693EAC69" w14:textId="77777777" w:rsidR="00391241" w:rsidRPr="00DC63B1" w:rsidRDefault="00391241" w:rsidP="00391241">
            <w:pPr>
              <w:rPr>
                <w:rFonts w:ascii="Brandon Grotesque Light" w:hAnsi="Brandon Grotesque Light"/>
              </w:rPr>
            </w:pPr>
          </w:p>
          <w:p w14:paraId="716A599C" w14:textId="77777777" w:rsidR="00391241" w:rsidRPr="00DC63B1" w:rsidRDefault="00391241" w:rsidP="00391241">
            <w:pPr>
              <w:rPr>
                <w:rFonts w:ascii="Brandon Grotesque Light" w:hAnsi="Brandon Grotesque Light"/>
              </w:rPr>
            </w:pPr>
          </w:p>
          <w:p w14:paraId="5095D544" w14:textId="77777777" w:rsidR="00391241" w:rsidRPr="00DC63B1" w:rsidRDefault="00391241" w:rsidP="00391241">
            <w:pPr>
              <w:rPr>
                <w:rFonts w:ascii="Brandon Grotesque Light" w:hAnsi="Brandon Grotesque Light"/>
              </w:rPr>
            </w:pPr>
          </w:p>
          <w:p w14:paraId="2CD325D1" w14:textId="77777777" w:rsidR="00391241" w:rsidRDefault="00391241" w:rsidP="00391241">
            <w:pPr>
              <w:rPr>
                <w:rFonts w:ascii="Brandon Grotesque Light" w:hAnsi="Brandon Grotesque Light"/>
              </w:rPr>
            </w:pPr>
          </w:p>
          <w:p w14:paraId="29906724" w14:textId="77777777" w:rsidR="005A6337" w:rsidRPr="00DC63B1" w:rsidRDefault="005A6337" w:rsidP="00391241">
            <w:pPr>
              <w:rPr>
                <w:rFonts w:ascii="Brandon Grotesque Light" w:hAnsi="Brandon Grotesque Light"/>
              </w:rPr>
            </w:pPr>
          </w:p>
          <w:p w14:paraId="686BA03E" w14:textId="77777777" w:rsidR="00391241" w:rsidRPr="00DC63B1" w:rsidRDefault="00391241" w:rsidP="00391241">
            <w:pPr>
              <w:rPr>
                <w:rFonts w:ascii="Brandon Grotesque Light" w:hAnsi="Brandon Grotesque Light"/>
              </w:rPr>
            </w:pPr>
          </w:p>
        </w:tc>
      </w:tr>
      <w:tr w:rsidR="00391241" w:rsidRPr="00DC63B1" w14:paraId="7559B4C3" w14:textId="77777777" w:rsidTr="00391241">
        <w:tc>
          <w:tcPr>
            <w:tcW w:w="2660" w:type="dxa"/>
          </w:tcPr>
          <w:p w14:paraId="24B257D5" w14:textId="77777777" w:rsidR="00391241" w:rsidRPr="00DC63B1" w:rsidRDefault="00391241" w:rsidP="00391241">
            <w:pPr>
              <w:rPr>
                <w:rFonts w:ascii="Brandon Grotesque Light" w:hAnsi="Brandon Grotesque Light"/>
                <w:b/>
                <w:bCs/>
              </w:rPr>
            </w:pPr>
            <w:r w:rsidRPr="00DC63B1">
              <w:rPr>
                <w:rFonts w:ascii="Brandon Grotesque Light" w:hAnsi="Brandon Grotesque Light"/>
                <w:b/>
                <w:bCs/>
              </w:rPr>
              <w:lastRenderedPageBreak/>
              <w:t>Key Outcomes and Impact</w:t>
            </w:r>
          </w:p>
          <w:p w14:paraId="6BCE86D6" w14:textId="5838F137" w:rsidR="00C974B8" w:rsidRPr="00DC63B1" w:rsidRDefault="00C974B8" w:rsidP="00391241">
            <w:pPr>
              <w:rPr>
                <w:rFonts w:ascii="Brandon Grotesque Light" w:hAnsi="Brandon Grotesque Light"/>
                <w:b/>
                <w:bCs/>
                <w:i/>
                <w:iCs/>
              </w:rPr>
            </w:pPr>
            <w:r w:rsidRPr="00DC63B1">
              <w:rPr>
                <w:rFonts w:ascii="Brandon Grotesque Light" w:hAnsi="Brandon Grotesque Light"/>
                <w:b/>
                <w:bCs/>
                <w:i/>
                <w:iCs/>
              </w:rPr>
              <w:t>(100 words)</w:t>
            </w:r>
          </w:p>
          <w:p w14:paraId="7BFA8425" w14:textId="7E596BB4" w:rsidR="00140E9C" w:rsidRPr="00DC63B1" w:rsidRDefault="00140E9C" w:rsidP="00391241">
            <w:pPr>
              <w:rPr>
                <w:rFonts w:ascii="Brandon Grotesque Light" w:hAnsi="Brandon Grotesque Light"/>
                <w:b/>
                <w:bCs/>
              </w:rPr>
            </w:pPr>
          </w:p>
        </w:tc>
        <w:tc>
          <w:tcPr>
            <w:tcW w:w="6960" w:type="dxa"/>
          </w:tcPr>
          <w:p w14:paraId="6B255B19" w14:textId="38757090" w:rsidR="00140E9C" w:rsidRDefault="00393B7D" w:rsidP="00140E9C">
            <w:pPr>
              <w:rPr>
                <w:rFonts w:ascii="Brandon Grotesque Light" w:hAnsi="Brandon Grotesque Light" w:cstheme="majorHAnsi"/>
                <w:i/>
                <w:iCs/>
                <w:sz w:val="20"/>
                <w:szCs w:val="20"/>
                <w:lang w:val="en-AU"/>
              </w:rPr>
            </w:pPr>
            <w:r w:rsidRPr="00DC63B1">
              <w:rPr>
                <w:rFonts w:ascii="Brandon Grotesque Light" w:hAnsi="Brandon Grotesque Light" w:cstheme="majorHAnsi"/>
                <w:i/>
                <w:iCs/>
                <w:sz w:val="20"/>
                <w:szCs w:val="20"/>
                <w:lang w:val="en-AU"/>
              </w:rPr>
              <w:t>What were the anticipated key</w:t>
            </w:r>
            <w:r w:rsidR="00140E9C" w:rsidRPr="00DC63B1">
              <w:rPr>
                <w:rFonts w:ascii="Brandon Grotesque Light" w:hAnsi="Brandon Grotesque Light" w:cstheme="majorHAnsi"/>
                <w:i/>
                <w:iCs/>
                <w:sz w:val="20"/>
                <w:szCs w:val="20"/>
                <w:lang w:val="en-AU"/>
              </w:rPr>
              <w:t xml:space="preserve"> outcomes</w:t>
            </w:r>
            <w:r w:rsidRPr="00DC63B1">
              <w:rPr>
                <w:rFonts w:ascii="Brandon Grotesque Light" w:hAnsi="Brandon Grotesque Light" w:cstheme="majorHAnsi"/>
                <w:i/>
                <w:iCs/>
                <w:sz w:val="20"/>
                <w:szCs w:val="20"/>
                <w:lang w:val="en-AU"/>
              </w:rPr>
              <w:t xml:space="preserve"> and impact for the project.</w:t>
            </w:r>
          </w:p>
          <w:p w14:paraId="793FD1E5" w14:textId="14F2A292" w:rsidR="009C43F5" w:rsidRPr="009C43F5" w:rsidRDefault="009C43F5" w:rsidP="00140E9C">
            <w:pPr>
              <w:rPr>
                <w:rFonts w:ascii="Brandon Grotesque Light" w:hAnsi="Brandon Grotesque Light" w:cstheme="majorHAnsi"/>
                <w:i/>
                <w:iCs/>
                <w:color w:val="000000" w:themeColor="text1"/>
                <w:sz w:val="20"/>
                <w:szCs w:val="20"/>
                <w:lang w:val="en-AU"/>
              </w:rPr>
            </w:pPr>
            <w:r>
              <w:rPr>
                <w:rFonts w:ascii="Brandon Grotesque Light" w:eastAsiaTheme="majorEastAsia" w:hAnsi="Brandon Grotesque Light" w:cstheme="majorBidi"/>
                <w:b/>
                <w:bCs/>
                <w:i/>
                <w:iCs/>
                <w:color w:val="000000" w:themeColor="text1"/>
                <w:sz w:val="20"/>
                <w:szCs w:val="20"/>
              </w:rPr>
              <w:t>(</w:t>
            </w:r>
            <w:r w:rsidRPr="009C43F5">
              <w:rPr>
                <w:rFonts w:ascii="Brandon Grotesque Light" w:eastAsiaTheme="majorEastAsia" w:hAnsi="Brandon Grotesque Light" w:cstheme="majorBidi"/>
                <w:b/>
                <w:bCs/>
                <w:i/>
                <w:iCs/>
                <w:color w:val="000000" w:themeColor="text1"/>
                <w:sz w:val="20"/>
                <w:szCs w:val="20"/>
              </w:rPr>
              <w:t>For Emerging Researcher / Women in Translational Health Leadership nominations:</w:t>
            </w:r>
            <w:r w:rsidRPr="009C43F5">
              <w:rPr>
                <w:rFonts w:ascii="Brandon Grotesque Light" w:eastAsiaTheme="majorEastAsia" w:hAnsi="Brandon Grotesque Light" w:cstheme="majorBidi"/>
                <w:i/>
                <w:iCs/>
                <w:color w:val="000000" w:themeColor="text1"/>
                <w:sz w:val="20"/>
                <w:szCs w:val="20"/>
              </w:rPr>
              <w:t> Describe the nominee’s achievements, influence, research quality, career momentum, leadership, capacity building, or contribution to improved care, policy, practice, systems or community outcomes.</w:t>
            </w:r>
            <w:r>
              <w:rPr>
                <w:rFonts w:ascii="Brandon Grotesque Light" w:eastAsiaTheme="majorEastAsia" w:hAnsi="Brandon Grotesque Light" w:cstheme="majorBidi"/>
                <w:i/>
                <w:iCs/>
                <w:color w:val="000000" w:themeColor="text1"/>
                <w:sz w:val="20"/>
                <w:szCs w:val="20"/>
              </w:rPr>
              <w:t>)</w:t>
            </w:r>
          </w:p>
          <w:p w14:paraId="34F65C4D" w14:textId="77777777" w:rsidR="00391241" w:rsidRPr="00DC63B1" w:rsidRDefault="00391241" w:rsidP="00391241">
            <w:pPr>
              <w:rPr>
                <w:rFonts w:ascii="Brandon Grotesque Light" w:hAnsi="Brandon Grotesque Light"/>
              </w:rPr>
            </w:pPr>
          </w:p>
          <w:p w14:paraId="2D9B4A28" w14:textId="77777777" w:rsidR="00391241" w:rsidRPr="00DC63B1" w:rsidRDefault="00391241" w:rsidP="00391241">
            <w:pPr>
              <w:rPr>
                <w:rFonts w:ascii="Brandon Grotesque Light" w:hAnsi="Brandon Grotesque Light"/>
              </w:rPr>
            </w:pPr>
          </w:p>
          <w:p w14:paraId="67398431" w14:textId="77777777" w:rsidR="00391241" w:rsidRPr="00DC63B1" w:rsidRDefault="00391241" w:rsidP="00391241">
            <w:pPr>
              <w:rPr>
                <w:rFonts w:ascii="Brandon Grotesque Light" w:hAnsi="Brandon Grotesque Light"/>
              </w:rPr>
            </w:pPr>
          </w:p>
          <w:p w14:paraId="7132612B" w14:textId="77777777" w:rsidR="00391241" w:rsidRPr="00DC63B1" w:rsidRDefault="00391241" w:rsidP="00391241">
            <w:pPr>
              <w:rPr>
                <w:rFonts w:ascii="Brandon Grotesque Light" w:hAnsi="Brandon Grotesque Light"/>
              </w:rPr>
            </w:pPr>
          </w:p>
          <w:p w14:paraId="282E95F1" w14:textId="77777777" w:rsidR="00391241" w:rsidRPr="00DC63B1" w:rsidRDefault="00391241" w:rsidP="00391241">
            <w:pPr>
              <w:rPr>
                <w:rFonts w:ascii="Brandon Grotesque Light" w:hAnsi="Brandon Grotesque Light"/>
              </w:rPr>
            </w:pPr>
          </w:p>
          <w:p w14:paraId="598B83DF" w14:textId="77777777" w:rsidR="00391241" w:rsidRPr="00DC63B1" w:rsidRDefault="00391241" w:rsidP="00391241">
            <w:pPr>
              <w:rPr>
                <w:rFonts w:ascii="Brandon Grotesque Light" w:hAnsi="Brandon Grotesque Light"/>
              </w:rPr>
            </w:pPr>
          </w:p>
          <w:p w14:paraId="68F276B6" w14:textId="77777777" w:rsidR="00391241" w:rsidRPr="00DC63B1" w:rsidRDefault="00391241" w:rsidP="00391241">
            <w:pPr>
              <w:rPr>
                <w:rFonts w:ascii="Brandon Grotesque Light" w:hAnsi="Brandon Grotesque Light"/>
              </w:rPr>
            </w:pPr>
          </w:p>
          <w:p w14:paraId="0E81414E" w14:textId="77777777" w:rsidR="00391241" w:rsidRPr="00DC63B1" w:rsidRDefault="00391241" w:rsidP="00391241">
            <w:pPr>
              <w:rPr>
                <w:rFonts w:ascii="Brandon Grotesque Light" w:hAnsi="Brandon Grotesque Light"/>
              </w:rPr>
            </w:pPr>
          </w:p>
          <w:p w14:paraId="61E25558" w14:textId="77777777" w:rsidR="00391241" w:rsidRDefault="00391241" w:rsidP="00391241">
            <w:pPr>
              <w:rPr>
                <w:rFonts w:ascii="Brandon Grotesque Light" w:hAnsi="Brandon Grotesque Light"/>
              </w:rPr>
            </w:pPr>
          </w:p>
          <w:p w14:paraId="7578913A" w14:textId="77777777" w:rsidR="005A6337" w:rsidRDefault="005A6337" w:rsidP="00391241">
            <w:pPr>
              <w:rPr>
                <w:rFonts w:ascii="Brandon Grotesque Light" w:hAnsi="Brandon Grotesque Light"/>
              </w:rPr>
            </w:pPr>
          </w:p>
          <w:p w14:paraId="5DBA17D4" w14:textId="77777777" w:rsidR="005A6337" w:rsidRDefault="005A6337" w:rsidP="00391241">
            <w:pPr>
              <w:rPr>
                <w:rFonts w:ascii="Brandon Grotesque Light" w:hAnsi="Brandon Grotesque Light"/>
              </w:rPr>
            </w:pPr>
          </w:p>
          <w:p w14:paraId="75BB82A4" w14:textId="77777777" w:rsidR="005A6337" w:rsidRDefault="005A6337" w:rsidP="00391241">
            <w:pPr>
              <w:rPr>
                <w:rFonts w:ascii="Brandon Grotesque Light" w:hAnsi="Brandon Grotesque Light"/>
              </w:rPr>
            </w:pPr>
          </w:p>
          <w:p w14:paraId="3CBA5A8F" w14:textId="77777777" w:rsidR="005A6337" w:rsidRPr="00DC63B1" w:rsidRDefault="005A6337" w:rsidP="00391241">
            <w:pPr>
              <w:rPr>
                <w:rFonts w:ascii="Brandon Grotesque Light" w:hAnsi="Brandon Grotesque Light"/>
              </w:rPr>
            </w:pPr>
          </w:p>
          <w:p w14:paraId="422E28DB" w14:textId="77777777" w:rsidR="00391241" w:rsidRPr="00DC63B1" w:rsidRDefault="00391241" w:rsidP="00391241">
            <w:pPr>
              <w:rPr>
                <w:rFonts w:ascii="Brandon Grotesque Light" w:hAnsi="Brandon Grotesque Light"/>
              </w:rPr>
            </w:pPr>
          </w:p>
          <w:p w14:paraId="21F4D796" w14:textId="77777777" w:rsidR="00391241" w:rsidRPr="00DC63B1" w:rsidRDefault="00391241" w:rsidP="00391241">
            <w:pPr>
              <w:rPr>
                <w:rFonts w:ascii="Brandon Grotesque Light" w:hAnsi="Brandon Grotesque Light"/>
              </w:rPr>
            </w:pPr>
          </w:p>
          <w:p w14:paraId="54AC698A" w14:textId="77777777" w:rsidR="00391241" w:rsidRPr="00DC63B1" w:rsidRDefault="00391241" w:rsidP="00391241">
            <w:pPr>
              <w:rPr>
                <w:rFonts w:ascii="Brandon Grotesque Light" w:hAnsi="Brandon Grotesque Light"/>
              </w:rPr>
            </w:pPr>
          </w:p>
        </w:tc>
      </w:tr>
      <w:tr w:rsidR="00391241" w:rsidRPr="00DC63B1" w14:paraId="1796DCD1" w14:textId="77777777" w:rsidTr="00391241">
        <w:tc>
          <w:tcPr>
            <w:tcW w:w="2660" w:type="dxa"/>
          </w:tcPr>
          <w:p w14:paraId="0C91A6C1" w14:textId="77777777" w:rsidR="00391241" w:rsidRPr="00DC63B1" w:rsidRDefault="00391241" w:rsidP="00391241">
            <w:pPr>
              <w:rPr>
                <w:rFonts w:ascii="Brandon Grotesque Light" w:hAnsi="Brandon Grotesque Light"/>
                <w:b/>
                <w:bCs/>
              </w:rPr>
            </w:pPr>
            <w:r w:rsidRPr="00DC63B1">
              <w:rPr>
                <w:rFonts w:ascii="Brandon Grotesque Light" w:hAnsi="Brandon Grotesque Light"/>
                <w:b/>
                <w:bCs/>
              </w:rPr>
              <w:t>Translation into practice</w:t>
            </w:r>
          </w:p>
          <w:p w14:paraId="6EF70638" w14:textId="58B5F870" w:rsidR="00DC63B1" w:rsidRPr="00DC63B1" w:rsidRDefault="00DC63B1" w:rsidP="00391241">
            <w:pPr>
              <w:rPr>
                <w:rFonts w:ascii="Brandon Grotesque Light" w:hAnsi="Brandon Grotesque Light"/>
                <w:b/>
                <w:bCs/>
                <w:i/>
                <w:iCs/>
              </w:rPr>
            </w:pPr>
            <w:r w:rsidRPr="00DC63B1">
              <w:rPr>
                <w:rFonts w:ascii="Brandon Grotesque Light" w:hAnsi="Brandon Grotesque Light"/>
                <w:b/>
                <w:bCs/>
                <w:i/>
                <w:iCs/>
              </w:rPr>
              <w:t>(100 words)</w:t>
            </w:r>
          </w:p>
        </w:tc>
        <w:tc>
          <w:tcPr>
            <w:tcW w:w="6960" w:type="dxa"/>
          </w:tcPr>
          <w:p w14:paraId="7DED8763" w14:textId="574E6662" w:rsidR="00140E9C" w:rsidRDefault="00140E9C" w:rsidP="00140E9C">
            <w:pPr>
              <w:rPr>
                <w:rFonts w:ascii="Brandon Grotesque Light" w:hAnsi="Brandon Grotesque Light" w:cstheme="majorHAnsi"/>
                <w:i/>
                <w:iCs/>
                <w:sz w:val="20"/>
                <w:szCs w:val="20"/>
                <w:lang w:val="en-AU"/>
              </w:rPr>
            </w:pPr>
            <w:r w:rsidRPr="00DC63B1">
              <w:rPr>
                <w:rFonts w:ascii="Brandon Grotesque Light" w:hAnsi="Brandon Grotesque Light" w:cstheme="majorHAnsi"/>
                <w:i/>
                <w:iCs/>
                <w:sz w:val="20"/>
                <w:szCs w:val="20"/>
                <w:lang w:val="en-AU"/>
              </w:rPr>
              <w:t>Explain how the work moved beyond</w:t>
            </w:r>
            <w:r w:rsidR="006E5CFE" w:rsidRPr="00DC63B1">
              <w:rPr>
                <w:rFonts w:ascii="Brandon Grotesque Light" w:hAnsi="Brandon Grotesque Light" w:cstheme="majorHAnsi"/>
                <w:i/>
                <w:iCs/>
                <w:sz w:val="20"/>
                <w:szCs w:val="20"/>
                <w:lang w:val="en-AU"/>
              </w:rPr>
              <w:t xml:space="preserve"> initial</w:t>
            </w:r>
            <w:r w:rsidRPr="00DC63B1">
              <w:rPr>
                <w:rFonts w:ascii="Brandon Grotesque Light" w:hAnsi="Brandon Grotesque Light" w:cstheme="majorHAnsi"/>
                <w:i/>
                <w:iCs/>
                <w:sz w:val="20"/>
                <w:szCs w:val="20"/>
                <w:lang w:val="en-AU"/>
              </w:rPr>
              <w:t xml:space="preserve"> research or pilot activity, including </w:t>
            </w:r>
            <w:r w:rsidR="006E5CFE" w:rsidRPr="00DC63B1">
              <w:rPr>
                <w:rFonts w:ascii="Brandon Grotesque Light" w:hAnsi="Brandon Grotesque Light" w:cstheme="majorHAnsi"/>
                <w:i/>
                <w:iCs/>
                <w:sz w:val="20"/>
                <w:szCs w:val="20"/>
                <w:lang w:val="en-AU"/>
              </w:rPr>
              <w:t xml:space="preserve">how it was scaled, </w:t>
            </w:r>
            <w:r w:rsidRPr="00DC63B1">
              <w:rPr>
                <w:rFonts w:ascii="Brandon Grotesque Light" w:hAnsi="Brandon Grotesque Light" w:cstheme="majorHAnsi"/>
                <w:i/>
                <w:iCs/>
                <w:sz w:val="20"/>
                <w:szCs w:val="20"/>
                <w:lang w:val="en-AU"/>
              </w:rPr>
              <w:t>replica</w:t>
            </w:r>
            <w:r w:rsidR="006E5CFE" w:rsidRPr="00DC63B1">
              <w:rPr>
                <w:rFonts w:ascii="Brandon Grotesque Light" w:hAnsi="Brandon Grotesque Light" w:cstheme="majorHAnsi"/>
                <w:i/>
                <w:iCs/>
                <w:sz w:val="20"/>
                <w:szCs w:val="20"/>
                <w:lang w:val="en-AU"/>
              </w:rPr>
              <w:t>ted</w:t>
            </w:r>
            <w:r w:rsidRPr="00DC63B1">
              <w:rPr>
                <w:rFonts w:ascii="Brandon Grotesque Light" w:hAnsi="Brandon Grotesque Light" w:cstheme="majorHAnsi"/>
                <w:i/>
                <w:iCs/>
                <w:sz w:val="20"/>
                <w:szCs w:val="20"/>
                <w:lang w:val="en-AU"/>
              </w:rPr>
              <w:t>, or integra</w:t>
            </w:r>
            <w:r w:rsidR="006E5CFE" w:rsidRPr="00DC63B1">
              <w:rPr>
                <w:rFonts w:ascii="Brandon Grotesque Light" w:hAnsi="Brandon Grotesque Light" w:cstheme="majorHAnsi"/>
                <w:i/>
                <w:iCs/>
                <w:sz w:val="20"/>
                <w:szCs w:val="20"/>
                <w:lang w:val="en-AU"/>
              </w:rPr>
              <w:t>ted</w:t>
            </w:r>
            <w:r w:rsidRPr="00DC63B1">
              <w:rPr>
                <w:rFonts w:ascii="Brandon Grotesque Light" w:hAnsi="Brandon Grotesque Light" w:cstheme="majorHAnsi"/>
                <w:i/>
                <w:iCs/>
                <w:sz w:val="20"/>
                <w:szCs w:val="20"/>
                <w:lang w:val="en-AU"/>
              </w:rPr>
              <w:t xml:space="preserve"> into routine practice.</w:t>
            </w:r>
          </w:p>
          <w:p w14:paraId="66246509" w14:textId="4C570CB5" w:rsidR="009C43F5" w:rsidRPr="009C43F5" w:rsidRDefault="009C43F5" w:rsidP="00140E9C">
            <w:pPr>
              <w:rPr>
                <w:rFonts w:ascii="Brandon Grotesque Light" w:hAnsi="Brandon Grotesque Light" w:cstheme="majorHAnsi"/>
                <w:i/>
                <w:iCs/>
                <w:color w:val="000000" w:themeColor="text1"/>
                <w:sz w:val="20"/>
                <w:szCs w:val="20"/>
                <w:lang w:val="en-AU"/>
              </w:rPr>
            </w:pPr>
            <w:r>
              <w:rPr>
                <w:rFonts w:ascii="Brandon Grotesque Light" w:eastAsiaTheme="majorEastAsia" w:hAnsi="Brandon Grotesque Light" w:cstheme="majorBidi"/>
                <w:b/>
                <w:bCs/>
                <w:i/>
                <w:iCs/>
                <w:color w:val="000000" w:themeColor="text1"/>
                <w:sz w:val="20"/>
                <w:szCs w:val="20"/>
              </w:rPr>
              <w:t>(</w:t>
            </w:r>
            <w:r w:rsidRPr="009C43F5">
              <w:rPr>
                <w:rFonts w:ascii="Brandon Grotesque Light" w:eastAsiaTheme="majorEastAsia" w:hAnsi="Brandon Grotesque Light" w:cstheme="majorBidi"/>
                <w:b/>
                <w:bCs/>
                <w:i/>
                <w:iCs/>
                <w:color w:val="000000" w:themeColor="text1"/>
                <w:sz w:val="20"/>
                <w:szCs w:val="20"/>
              </w:rPr>
              <w:t>For Emerging Researcher / Women in Translational Health Leadership nominations:</w:t>
            </w:r>
            <w:r w:rsidRPr="009C43F5">
              <w:rPr>
                <w:rFonts w:ascii="Brandon Grotesque Light" w:eastAsiaTheme="majorEastAsia" w:hAnsi="Brandon Grotesque Light" w:cstheme="majorBidi"/>
                <w:i/>
                <w:iCs/>
                <w:color w:val="000000" w:themeColor="text1"/>
                <w:sz w:val="20"/>
                <w:szCs w:val="20"/>
              </w:rPr>
              <w:t> Describe how the nominee has helped move evidence into practice, policy, services, systems or community benefit. This may include implementation, clinical engagement, consumer or community involvement, guidelines, tools, resources or service redesign.</w:t>
            </w:r>
            <w:r>
              <w:rPr>
                <w:rFonts w:ascii="Brandon Grotesque Light" w:eastAsiaTheme="majorEastAsia" w:hAnsi="Brandon Grotesque Light" w:cstheme="majorBidi"/>
                <w:i/>
                <w:iCs/>
                <w:color w:val="000000" w:themeColor="text1"/>
                <w:sz w:val="20"/>
                <w:szCs w:val="20"/>
              </w:rPr>
              <w:t>)</w:t>
            </w:r>
          </w:p>
          <w:p w14:paraId="0573DA33" w14:textId="77777777" w:rsidR="00391241" w:rsidRPr="00DC63B1" w:rsidRDefault="00391241" w:rsidP="00391241">
            <w:pPr>
              <w:rPr>
                <w:rFonts w:ascii="Brandon Grotesque Light" w:hAnsi="Brandon Grotesque Light"/>
              </w:rPr>
            </w:pPr>
          </w:p>
          <w:p w14:paraId="6CA29772" w14:textId="77777777" w:rsidR="00391241" w:rsidRPr="00DC63B1" w:rsidRDefault="00391241" w:rsidP="00391241">
            <w:pPr>
              <w:rPr>
                <w:rFonts w:ascii="Brandon Grotesque Light" w:hAnsi="Brandon Grotesque Light"/>
              </w:rPr>
            </w:pPr>
          </w:p>
          <w:p w14:paraId="63AC9A31" w14:textId="77777777" w:rsidR="00391241" w:rsidRPr="00DC63B1" w:rsidRDefault="00391241" w:rsidP="00391241">
            <w:pPr>
              <w:rPr>
                <w:rFonts w:ascii="Brandon Grotesque Light" w:hAnsi="Brandon Grotesque Light"/>
              </w:rPr>
            </w:pPr>
          </w:p>
          <w:p w14:paraId="0C2B0060" w14:textId="77777777" w:rsidR="00391241" w:rsidRPr="00DC63B1" w:rsidRDefault="00391241" w:rsidP="00391241">
            <w:pPr>
              <w:rPr>
                <w:rFonts w:ascii="Brandon Grotesque Light" w:hAnsi="Brandon Grotesque Light"/>
              </w:rPr>
            </w:pPr>
          </w:p>
          <w:p w14:paraId="04A7C17D" w14:textId="77777777" w:rsidR="00391241" w:rsidRPr="00DC63B1" w:rsidRDefault="00391241" w:rsidP="00391241">
            <w:pPr>
              <w:rPr>
                <w:rFonts w:ascii="Brandon Grotesque Light" w:hAnsi="Brandon Grotesque Light"/>
              </w:rPr>
            </w:pPr>
          </w:p>
          <w:p w14:paraId="22071F48" w14:textId="77777777" w:rsidR="00391241" w:rsidRDefault="00391241" w:rsidP="00391241">
            <w:pPr>
              <w:rPr>
                <w:rFonts w:ascii="Brandon Grotesque Light" w:hAnsi="Brandon Grotesque Light"/>
              </w:rPr>
            </w:pPr>
          </w:p>
          <w:p w14:paraId="3956854C" w14:textId="77777777" w:rsidR="005A6337" w:rsidRDefault="005A6337" w:rsidP="00391241">
            <w:pPr>
              <w:rPr>
                <w:rFonts w:ascii="Brandon Grotesque Light" w:hAnsi="Brandon Grotesque Light"/>
              </w:rPr>
            </w:pPr>
          </w:p>
          <w:p w14:paraId="2DA6519B" w14:textId="77777777" w:rsidR="005A6337" w:rsidRPr="00DC63B1" w:rsidRDefault="005A6337" w:rsidP="00391241">
            <w:pPr>
              <w:rPr>
                <w:rFonts w:ascii="Brandon Grotesque Light" w:hAnsi="Brandon Grotesque Light"/>
              </w:rPr>
            </w:pPr>
          </w:p>
          <w:p w14:paraId="6967F9BF" w14:textId="77777777" w:rsidR="00391241" w:rsidRPr="00DC63B1" w:rsidRDefault="00391241" w:rsidP="00391241">
            <w:pPr>
              <w:rPr>
                <w:rFonts w:ascii="Brandon Grotesque Light" w:hAnsi="Brandon Grotesque Light"/>
              </w:rPr>
            </w:pPr>
          </w:p>
          <w:p w14:paraId="733417F2" w14:textId="77777777" w:rsidR="00391241" w:rsidRDefault="00391241" w:rsidP="00391241">
            <w:pPr>
              <w:rPr>
                <w:rFonts w:ascii="Brandon Grotesque Light" w:hAnsi="Brandon Grotesque Light"/>
              </w:rPr>
            </w:pPr>
          </w:p>
          <w:p w14:paraId="13D96483" w14:textId="77777777" w:rsidR="005A6337" w:rsidRPr="00DC63B1" w:rsidRDefault="005A6337" w:rsidP="00391241">
            <w:pPr>
              <w:rPr>
                <w:rFonts w:ascii="Brandon Grotesque Light" w:hAnsi="Brandon Grotesque Light"/>
              </w:rPr>
            </w:pPr>
          </w:p>
          <w:p w14:paraId="5EEA2878" w14:textId="77777777" w:rsidR="00391241" w:rsidRPr="00DC63B1" w:rsidRDefault="00391241" w:rsidP="00391241">
            <w:pPr>
              <w:rPr>
                <w:rFonts w:ascii="Brandon Grotesque Light" w:hAnsi="Brandon Grotesque Light"/>
              </w:rPr>
            </w:pPr>
          </w:p>
          <w:p w14:paraId="4658DC9C" w14:textId="77777777" w:rsidR="00391241" w:rsidRPr="00DC63B1" w:rsidRDefault="00391241" w:rsidP="00391241">
            <w:pPr>
              <w:rPr>
                <w:rFonts w:ascii="Brandon Grotesque Light" w:hAnsi="Brandon Grotesque Light"/>
              </w:rPr>
            </w:pPr>
          </w:p>
          <w:p w14:paraId="502AB760" w14:textId="77777777" w:rsidR="00391241" w:rsidRPr="00DC63B1" w:rsidRDefault="00391241" w:rsidP="00391241">
            <w:pPr>
              <w:rPr>
                <w:rFonts w:ascii="Brandon Grotesque Light" w:hAnsi="Brandon Grotesque Light"/>
              </w:rPr>
            </w:pPr>
          </w:p>
          <w:p w14:paraId="15B68EF4" w14:textId="77777777" w:rsidR="00391241" w:rsidRPr="00DC63B1" w:rsidRDefault="00391241" w:rsidP="00391241">
            <w:pPr>
              <w:rPr>
                <w:rFonts w:ascii="Brandon Grotesque Light" w:hAnsi="Brandon Grotesque Light"/>
              </w:rPr>
            </w:pPr>
          </w:p>
        </w:tc>
      </w:tr>
    </w:tbl>
    <w:p w14:paraId="3C23DCB3" w14:textId="77777777" w:rsidR="009C43F5" w:rsidRDefault="009C43F5" w:rsidP="00391241">
      <w:pPr>
        <w:rPr>
          <w:rFonts w:ascii="Brandon Grotesque Light" w:hAnsi="Brandon Grotesque Light"/>
          <w:b/>
          <w:bCs/>
          <w:color w:val="1F497D" w:themeColor="text2"/>
          <w:sz w:val="24"/>
          <w:szCs w:val="24"/>
        </w:rPr>
      </w:pPr>
    </w:p>
    <w:p w14:paraId="56365E31" w14:textId="1A86BF34" w:rsidR="00391241" w:rsidRPr="00DC63B1" w:rsidRDefault="00391241" w:rsidP="00391241">
      <w:pPr>
        <w:rPr>
          <w:rFonts w:ascii="Brandon Grotesque Light" w:hAnsi="Brandon Grotesque Light"/>
          <w:b/>
          <w:bCs/>
          <w:color w:val="1F497D" w:themeColor="text2"/>
          <w:sz w:val="24"/>
          <w:szCs w:val="24"/>
        </w:rPr>
      </w:pPr>
      <w:r w:rsidRPr="00DC63B1">
        <w:rPr>
          <w:rFonts w:ascii="Brandon Grotesque Light" w:hAnsi="Brandon Grotesque Light"/>
          <w:b/>
          <w:bCs/>
          <w:color w:val="1F497D" w:themeColor="text2"/>
          <w:sz w:val="24"/>
          <w:szCs w:val="24"/>
        </w:rPr>
        <w:lastRenderedPageBreak/>
        <w:t>Supporting Information</w:t>
      </w:r>
    </w:p>
    <w:tbl>
      <w:tblPr>
        <w:tblStyle w:val="TableGrid"/>
        <w:tblW w:w="0" w:type="auto"/>
        <w:tblLook w:val="04A0" w:firstRow="1" w:lastRow="0" w:firstColumn="1" w:lastColumn="0" w:noHBand="0" w:noVBand="1"/>
      </w:tblPr>
      <w:tblGrid>
        <w:gridCol w:w="2619"/>
        <w:gridCol w:w="6775"/>
      </w:tblGrid>
      <w:tr w:rsidR="00391241" w:rsidRPr="00DC63B1" w14:paraId="6CF6C971" w14:textId="77777777" w:rsidTr="00C21F25">
        <w:tc>
          <w:tcPr>
            <w:tcW w:w="2619" w:type="dxa"/>
          </w:tcPr>
          <w:p w14:paraId="64F0BBCB" w14:textId="77777777" w:rsidR="00391241" w:rsidRPr="00DC63B1" w:rsidRDefault="00391241" w:rsidP="00DC63B1">
            <w:pPr>
              <w:rPr>
                <w:rFonts w:ascii="Brandon Grotesque Light" w:hAnsi="Brandon Grotesque Light"/>
                <w:b/>
                <w:bCs/>
                <w:i/>
                <w:iCs/>
              </w:rPr>
            </w:pPr>
            <w:r w:rsidRPr="00DC63B1">
              <w:rPr>
                <w:rFonts w:ascii="Brandon Grotesque Light" w:hAnsi="Brandon Grotesque Light"/>
                <w:b/>
                <w:bCs/>
              </w:rPr>
              <w:t xml:space="preserve">Evidence of impact </w:t>
            </w:r>
            <w:r w:rsidRPr="00DC63B1">
              <w:rPr>
                <w:rFonts w:ascii="Brandon Grotesque Light" w:hAnsi="Brandon Grotesque Light"/>
                <w:b/>
                <w:bCs/>
                <w:i/>
                <w:iCs/>
              </w:rPr>
              <w:t>(metrics, outcomes, reach)</w:t>
            </w:r>
          </w:p>
          <w:p w14:paraId="486D9E3C" w14:textId="411914FF" w:rsidR="00DC63B1" w:rsidRPr="00DC63B1" w:rsidRDefault="00DC63B1" w:rsidP="00DC63B1">
            <w:pPr>
              <w:rPr>
                <w:rFonts w:ascii="Brandon Grotesque Light" w:hAnsi="Brandon Grotesque Light"/>
                <w:b/>
                <w:bCs/>
                <w:sz w:val="20"/>
                <w:szCs w:val="20"/>
              </w:rPr>
            </w:pPr>
            <w:r w:rsidRPr="00DC63B1">
              <w:rPr>
                <w:rFonts w:ascii="Brandon Grotesque Light" w:hAnsi="Brandon Grotesque Light"/>
                <w:b/>
                <w:bCs/>
                <w:i/>
                <w:iCs/>
                <w:sz w:val="20"/>
                <w:szCs w:val="20"/>
              </w:rPr>
              <w:t>(100 words)</w:t>
            </w:r>
          </w:p>
        </w:tc>
        <w:tc>
          <w:tcPr>
            <w:tcW w:w="6775" w:type="dxa"/>
          </w:tcPr>
          <w:p w14:paraId="4F71D24B" w14:textId="424599AA" w:rsidR="00393B7D" w:rsidRDefault="00393B7D" w:rsidP="00393B7D">
            <w:pPr>
              <w:rPr>
                <w:rFonts w:ascii="Brandon Grotesque Light" w:hAnsi="Brandon Grotesque Light" w:cstheme="majorHAnsi"/>
                <w:i/>
                <w:iCs/>
                <w:sz w:val="20"/>
                <w:szCs w:val="20"/>
                <w:lang w:val="en-AU"/>
              </w:rPr>
            </w:pPr>
            <w:r w:rsidRPr="00DC63B1">
              <w:rPr>
                <w:rFonts w:ascii="Brandon Grotesque Light" w:hAnsi="Brandon Grotesque Light" w:cstheme="majorHAnsi"/>
                <w:i/>
                <w:iCs/>
                <w:sz w:val="20"/>
                <w:szCs w:val="20"/>
                <w:lang w:val="en-AU"/>
              </w:rPr>
              <w:t xml:space="preserve">Include performance metrics for your project and including evidence of sustained impact, scalability, adoption beyond the initial setting where </w:t>
            </w:r>
            <w:r w:rsidR="00C21F25" w:rsidRPr="00DC63B1">
              <w:rPr>
                <w:rFonts w:ascii="Brandon Grotesque Light" w:hAnsi="Brandon Grotesque Light" w:cstheme="majorHAnsi"/>
                <w:i/>
                <w:iCs/>
                <w:sz w:val="20"/>
                <w:szCs w:val="20"/>
                <w:lang w:val="en-AU"/>
              </w:rPr>
              <w:t>relevant</w:t>
            </w:r>
            <w:r w:rsidRPr="00DC63B1">
              <w:rPr>
                <w:rFonts w:ascii="Brandon Grotesque Light" w:hAnsi="Brandon Grotesque Light" w:cstheme="majorHAnsi"/>
                <w:i/>
                <w:iCs/>
                <w:sz w:val="20"/>
                <w:szCs w:val="20"/>
                <w:lang w:val="en-AU"/>
              </w:rPr>
              <w:t>.</w:t>
            </w:r>
          </w:p>
          <w:p w14:paraId="533234D4" w14:textId="41BADBA2" w:rsidR="0012292F" w:rsidRDefault="009C43F5" w:rsidP="00393B7D">
            <w:pPr>
              <w:rPr>
                <w:rFonts w:ascii="Brandon Grotesque Light" w:hAnsi="Brandon Grotesque Light" w:cstheme="majorHAnsi"/>
                <w:i/>
                <w:iCs/>
                <w:sz w:val="20"/>
                <w:szCs w:val="20"/>
                <w:lang w:val="en-AU"/>
              </w:rPr>
            </w:pPr>
            <w:r>
              <w:rPr>
                <w:rFonts w:ascii="Brandon Grotesque Light" w:eastAsiaTheme="majorEastAsia" w:hAnsi="Brandon Grotesque Light" w:cstheme="majorBidi"/>
                <w:b/>
                <w:bCs/>
                <w:i/>
                <w:iCs/>
                <w:color w:val="000000" w:themeColor="text1"/>
                <w:sz w:val="20"/>
                <w:szCs w:val="20"/>
              </w:rPr>
              <w:t>(</w:t>
            </w:r>
            <w:r w:rsidRPr="009C43F5">
              <w:rPr>
                <w:rFonts w:ascii="Brandon Grotesque Light" w:eastAsiaTheme="majorEastAsia" w:hAnsi="Brandon Grotesque Light" w:cstheme="majorBidi"/>
                <w:b/>
                <w:bCs/>
                <w:i/>
                <w:iCs/>
                <w:color w:val="000000" w:themeColor="text1"/>
                <w:sz w:val="20"/>
                <w:szCs w:val="20"/>
              </w:rPr>
              <w:t>For Emerging Researcher / Women in Translational Health Leadership nominations:</w:t>
            </w:r>
            <w:r w:rsidRPr="009C43F5">
              <w:rPr>
                <w:rFonts w:ascii="Brandon Grotesque Light" w:eastAsiaTheme="majorEastAsia" w:hAnsi="Brandon Grotesque Light" w:cstheme="majorBidi"/>
                <w:i/>
                <w:iCs/>
                <w:color w:val="000000" w:themeColor="text1"/>
                <w:sz w:val="20"/>
                <w:szCs w:val="20"/>
              </w:rPr>
              <w:t> Evidence may include publications, grants, awards, fellowships, implementation outcomes, policy or guideline contributions, adoption of tools or resources, mentoring, leadership roles, invited presentations, partnerships, or measurable improvements in care or health outcomes.</w:t>
            </w:r>
            <w:r>
              <w:rPr>
                <w:rFonts w:ascii="Brandon Grotesque Light" w:eastAsiaTheme="majorEastAsia" w:hAnsi="Brandon Grotesque Light" w:cstheme="majorBidi"/>
                <w:i/>
                <w:iCs/>
                <w:color w:val="000000" w:themeColor="text1"/>
                <w:sz w:val="20"/>
                <w:szCs w:val="20"/>
              </w:rPr>
              <w:t>)</w:t>
            </w:r>
          </w:p>
          <w:p w14:paraId="4832E267" w14:textId="77777777" w:rsidR="0012292F" w:rsidRDefault="0012292F" w:rsidP="00393B7D">
            <w:pPr>
              <w:rPr>
                <w:rFonts w:ascii="Brandon Grotesque Light" w:hAnsi="Brandon Grotesque Light" w:cstheme="majorHAnsi"/>
                <w:i/>
                <w:iCs/>
                <w:sz w:val="20"/>
                <w:szCs w:val="20"/>
                <w:lang w:val="en-AU"/>
              </w:rPr>
            </w:pPr>
          </w:p>
          <w:p w14:paraId="07A459C5" w14:textId="77777777" w:rsidR="0012292F" w:rsidRDefault="0012292F" w:rsidP="00393B7D">
            <w:pPr>
              <w:rPr>
                <w:rFonts w:ascii="Brandon Grotesque Light" w:hAnsi="Brandon Grotesque Light" w:cstheme="majorHAnsi"/>
                <w:i/>
                <w:iCs/>
                <w:sz w:val="20"/>
                <w:szCs w:val="20"/>
                <w:lang w:val="en-AU"/>
              </w:rPr>
            </w:pPr>
          </w:p>
          <w:p w14:paraId="7C5A797D" w14:textId="77777777" w:rsidR="0012292F" w:rsidRDefault="0012292F" w:rsidP="00393B7D">
            <w:pPr>
              <w:rPr>
                <w:rFonts w:ascii="Brandon Grotesque Light" w:hAnsi="Brandon Grotesque Light" w:cstheme="majorHAnsi"/>
                <w:i/>
                <w:iCs/>
                <w:sz w:val="20"/>
                <w:szCs w:val="20"/>
                <w:lang w:val="en-AU"/>
              </w:rPr>
            </w:pPr>
          </w:p>
          <w:p w14:paraId="621E7985" w14:textId="77777777" w:rsidR="0012292F" w:rsidRDefault="0012292F" w:rsidP="00393B7D">
            <w:pPr>
              <w:rPr>
                <w:rFonts w:ascii="Brandon Grotesque Light" w:hAnsi="Brandon Grotesque Light" w:cstheme="majorHAnsi"/>
                <w:i/>
                <w:iCs/>
                <w:sz w:val="20"/>
                <w:szCs w:val="20"/>
                <w:lang w:val="en-AU"/>
              </w:rPr>
            </w:pPr>
          </w:p>
          <w:p w14:paraId="26C4B87C" w14:textId="77777777" w:rsidR="0012292F" w:rsidRPr="00DC63B1" w:rsidRDefault="0012292F" w:rsidP="00393B7D">
            <w:pPr>
              <w:rPr>
                <w:rFonts w:ascii="Brandon Grotesque Light" w:hAnsi="Brandon Grotesque Light" w:cstheme="majorHAnsi"/>
                <w:i/>
                <w:iCs/>
                <w:sz w:val="20"/>
                <w:szCs w:val="20"/>
                <w:lang w:val="en-AU"/>
              </w:rPr>
            </w:pPr>
          </w:p>
          <w:p w14:paraId="305C4A13" w14:textId="77777777" w:rsidR="00391241" w:rsidRPr="00DC63B1" w:rsidRDefault="00391241" w:rsidP="000342B8">
            <w:pPr>
              <w:rPr>
                <w:rFonts w:ascii="Brandon Grotesque Light" w:hAnsi="Brandon Grotesque Light"/>
              </w:rPr>
            </w:pPr>
          </w:p>
          <w:p w14:paraId="5F92926B" w14:textId="77777777" w:rsidR="00391241" w:rsidRPr="00DC63B1" w:rsidRDefault="00391241" w:rsidP="000342B8">
            <w:pPr>
              <w:rPr>
                <w:rFonts w:ascii="Brandon Grotesque Light" w:hAnsi="Brandon Grotesque Light"/>
              </w:rPr>
            </w:pPr>
          </w:p>
          <w:p w14:paraId="1507F2B5" w14:textId="77777777" w:rsidR="00391241" w:rsidRPr="00DC63B1" w:rsidRDefault="00391241" w:rsidP="000342B8">
            <w:pPr>
              <w:rPr>
                <w:rFonts w:ascii="Brandon Grotesque Light" w:hAnsi="Brandon Grotesque Light"/>
              </w:rPr>
            </w:pPr>
          </w:p>
        </w:tc>
      </w:tr>
      <w:tr w:rsidR="00391241" w:rsidRPr="00DC63B1" w14:paraId="546405FA" w14:textId="77777777" w:rsidTr="00C21F25">
        <w:tc>
          <w:tcPr>
            <w:tcW w:w="2619" w:type="dxa"/>
          </w:tcPr>
          <w:p w14:paraId="529ADD06" w14:textId="1149019B" w:rsidR="00391241" w:rsidRPr="00DC63B1" w:rsidRDefault="00391241" w:rsidP="000342B8">
            <w:pPr>
              <w:rPr>
                <w:rFonts w:ascii="Brandon Grotesque Light" w:hAnsi="Brandon Grotesque Light"/>
                <w:b/>
                <w:bCs/>
              </w:rPr>
            </w:pPr>
            <w:r w:rsidRPr="00DC63B1">
              <w:rPr>
                <w:rFonts w:ascii="Brandon Grotesque Light" w:hAnsi="Brandon Grotesque Light"/>
                <w:b/>
                <w:bCs/>
              </w:rPr>
              <w:t>Partnerships or collaborations involved</w:t>
            </w:r>
            <w:r w:rsidR="0012292F">
              <w:rPr>
                <w:rFonts w:ascii="Brandon Grotesque Light" w:hAnsi="Brandon Grotesque Light"/>
                <w:b/>
                <w:bCs/>
              </w:rPr>
              <w:t xml:space="preserve"> (100 words)</w:t>
            </w:r>
          </w:p>
        </w:tc>
        <w:tc>
          <w:tcPr>
            <w:tcW w:w="6775" w:type="dxa"/>
          </w:tcPr>
          <w:p w14:paraId="1A1E1B74" w14:textId="5787B187" w:rsidR="00391241" w:rsidRDefault="00140E9C" w:rsidP="000342B8">
            <w:pPr>
              <w:rPr>
                <w:rFonts w:ascii="Brandon Grotesque Light" w:hAnsi="Brandon Grotesque Light" w:cstheme="majorHAnsi"/>
                <w:i/>
                <w:iCs/>
                <w:sz w:val="20"/>
                <w:szCs w:val="20"/>
                <w:lang w:val="en-AU"/>
              </w:rPr>
            </w:pPr>
            <w:r w:rsidRPr="00DC63B1">
              <w:rPr>
                <w:rFonts w:ascii="Brandon Grotesque Light" w:hAnsi="Brandon Grotesque Light" w:cstheme="majorHAnsi"/>
                <w:i/>
                <w:iCs/>
                <w:sz w:val="20"/>
                <w:szCs w:val="20"/>
                <w:lang w:val="en-AU"/>
              </w:rPr>
              <w:t>Include clinical, community, academic and/or industry partners and describe how these partnerships supported sustainability, scale or longer</w:t>
            </w:r>
            <w:r w:rsidRPr="00DC63B1">
              <w:rPr>
                <w:rFonts w:ascii="Brandon Grotesque Light" w:hAnsi="Brandon Grotesque Light" w:cstheme="majorHAnsi"/>
                <w:i/>
                <w:iCs/>
                <w:sz w:val="20"/>
                <w:szCs w:val="20"/>
                <w:lang w:val="en-AU"/>
              </w:rPr>
              <w:noBreakHyphen/>
              <w:t>term impact)</w:t>
            </w:r>
          </w:p>
          <w:p w14:paraId="1274459F" w14:textId="37E274C0" w:rsidR="00391241" w:rsidRPr="00DC63B1" w:rsidRDefault="009C43F5" w:rsidP="009C43F5">
            <w:pPr>
              <w:pStyle w:val="Heading1"/>
              <w:spacing w:before="120"/>
              <w:rPr>
                <w:rFonts w:ascii="Brandon Grotesque Light" w:hAnsi="Brandon Grotesque Light"/>
              </w:rPr>
            </w:pPr>
            <w:r>
              <w:rPr>
                <w:rFonts w:ascii="Brandon Grotesque Light" w:hAnsi="Brandon Grotesque Light"/>
                <w:i/>
                <w:iCs/>
                <w:color w:val="000000" w:themeColor="text1"/>
                <w:sz w:val="20"/>
                <w:szCs w:val="20"/>
              </w:rPr>
              <w:t>(</w:t>
            </w:r>
            <w:r w:rsidRPr="009C43F5">
              <w:rPr>
                <w:rFonts w:ascii="Brandon Grotesque Light" w:hAnsi="Brandon Grotesque Light"/>
                <w:i/>
                <w:iCs/>
                <w:color w:val="000000" w:themeColor="text1"/>
                <w:sz w:val="20"/>
                <w:szCs w:val="20"/>
              </w:rPr>
              <w:t>For Emerging Researcher / Women in Translational Health Leadership nominations:</w:t>
            </w:r>
            <w:r w:rsidRPr="009C43F5">
              <w:rPr>
                <w:rFonts w:ascii="Brandon Grotesque Light" w:hAnsi="Brandon Grotesque Light"/>
                <w:b w:val="0"/>
                <w:bCs w:val="0"/>
                <w:i/>
                <w:iCs/>
                <w:color w:val="000000" w:themeColor="text1"/>
                <w:sz w:val="20"/>
                <w:szCs w:val="20"/>
              </w:rPr>
              <w:t xml:space="preserve"> Describe the nominee’s role in building or strengthening collaborations across disciplines, </w:t>
            </w:r>
            <w:proofErr w:type="spellStart"/>
            <w:r w:rsidRPr="009C43F5">
              <w:rPr>
                <w:rFonts w:ascii="Brandon Grotesque Light" w:hAnsi="Brandon Grotesque Light"/>
                <w:b w:val="0"/>
                <w:bCs w:val="0"/>
                <w:i/>
                <w:iCs/>
                <w:color w:val="000000" w:themeColor="text1"/>
                <w:sz w:val="20"/>
                <w:szCs w:val="20"/>
              </w:rPr>
              <w:t>organisations</w:t>
            </w:r>
            <w:proofErr w:type="spellEnd"/>
            <w:r w:rsidRPr="009C43F5">
              <w:rPr>
                <w:rFonts w:ascii="Brandon Grotesque Light" w:hAnsi="Brandon Grotesque Light"/>
                <w:b w:val="0"/>
                <w:bCs w:val="0"/>
                <w:i/>
                <w:iCs/>
                <w:color w:val="000000" w:themeColor="text1"/>
                <w:sz w:val="20"/>
                <w:szCs w:val="20"/>
              </w:rPr>
              <w:t>, health services, communities, consumers, industry or policy stakeholders.</w:t>
            </w:r>
            <w:r>
              <w:rPr>
                <w:rFonts w:ascii="Brandon Grotesque Light" w:hAnsi="Brandon Grotesque Light"/>
                <w:b w:val="0"/>
                <w:bCs w:val="0"/>
                <w:i/>
                <w:iCs/>
                <w:color w:val="000000" w:themeColor="text1"/>
                <w:sz w:val="20"/>
                <w:szCs w:val="20"/>
              </w:rPr>
              <w:t>)</w:t>
            </w:r>
          </w:p>
          <w:p w14:paraId="119F9FBC" w14:textId="77777777" w:rsidR="00391241" w:rsidRPr="00DC63B1" w:rsidRDefault="00391241" w:rsidP="000342B8">
            <w:pPr>
              <w:rPr>
                <w:rFonts w:ascii="Brandon Grotesque Light" w:hAnsi="Brandon Grotesque Light"/>
              </w:rPr>
            </w:pPr>
          </w:p>
          <w:p w14:paraId="13331A68" w14:textId="77777777" w:rsidR="00391241" w:rsidRPr="00DC63B1" w:rsidRDefault="00391241" w:rsidP="000342B8">
            <w:pPr>
              <w:rPr>
                <w:rFonts w:ascii="Brandon Grotesque Light" w:hAnsi="Brandon Grotesque Light"/>
              </w:rPr>
            </w:pPr>
          </w:p>
          <w:p w14:paraId="2A88C1ED" w14:textId="77777777" w:rsidR="00391241" w:rsidRPr="00DC63B1" w:rsidRDefault="00391241" w:rsidP="000342B8">
            <w:pPr>
              <w:rPr>
                <w:rFonts w:ascii="Brandon Grotesque Light" w:hAnsi="Brandon Grotesque Light"/>
              </w:rPr>
            </w:pPr>
          </w:p>
          <w:p w14:paraId="04281DF8" w14:textId="77777777" w:rsidR="00391241" w:rsidRPr="00DC63B1" w:rsidRDefault="00391241" w:rsidP="000342B8">
            <w:pPr>
              <w:rPr>
                <w:rFonts w:ascii="Brandon Grotesque Light" w:hAnsi="Brandon Grotesque Light"/>
              </w:rPr>
            </w:pPr>
          </w:p>
          <w:p w14:paraId="121255F0" w14:textId="77777777" w:rsidR="00391241" w:rsidRPr="00DC63B1" w:rsidRDefault="00391241" w:rsidP="000342B8">
            <w:pPr>
              <w:rPr>
                <w:rFonts w:ascii="Brandon Grotesque Light" w:hAnsi="Brandon Grotesque Light"/>
              </w:rPr>
            </w:pPr>
          </w:p>
          <w:p w14:paraId="64779D6B" w14:textId="77777777" w:rsidR="00391241" w:rsidRPr="00DC63B1" w:rsidRDefault="00391241" w:rsidP="000342B8">
            <w:pPr>
              <w:rPr>
                <w:rFonts w:ascii="Brandon Grotesque Light" w:hAnsi="Brandon Grotesque Light"/>
              </w:rPr>
            </w:pPr>
          </w:p>
          <w:p w14:paraId="5BDF0BC7" w14:textId="77777777" w:rsidR="00391241" w:rsidRPr="00DC63B1" w:rsidRDefault="00391241" w:rsidP="000342B8">
            <w:pPr>
              <w:rPr>
                <w:rFonts w:ascii="Brandon Grotesque Light" w:hAnsi="Brandon Grotesque Light"/>
              </w:rPr>
            </w:pPr>
          </w:p>
          <w:p w14:paraId="16D3BF71" w14:textId="77777777" w:rsidR="00391241" w:rsidRPr="00DC63B1" w:rsidRDefault="00391241" w:rsidP="000342B8">
            <w:pPr>
              <w:rPr>
                <w:rFonts w:ascii="Brandon Grotesque Light" w:hAnsi="Brandon Grotesque Light"/>
              </w:rPr>
            </w:pPr>
          </w:p>
        </w:tc>
      </w:tr>
      <w:tr w:rsidR="00C21F25" w:rsidRPr="00DC63B1" w14:paraId="38743765" w14:textId="77777777" w:rsidTr="00C21F25">
        <w:tc>
          <w:tcPr>
            <w:tcW w:w="2619" w:type="dxa"/>
          </w:tcPr>
          <w:p w14:paraId="02EAD8E7" w14:textId="77777777" w:rsidR="00C21F25" w:rsidRDefault="00C21F25" w:rsidP="000342B8">
            <w:pPr>
              <w:rPr>
                <w:rFonts w:ascii="Brandon Grotesque Light" w:hAnsi="Brandon Grotesque Light"/>
                <w:b/>
                <w:bCs/>
              </w:rPr>
            </w:pPr>
            <w:r w:rsidRPr="00DC63B1">
              <w:rPr>
                <w:rFonts w:ascii="Brandon Grotesque Light" w:hAnsi="Brandon Grotesque Light"/>
                <w:b/>
                <w:bCs/>
              </w:rPr>
              <w:t>How did SPHERE support or contribute to this project?</w:t>
            </w:r>
          </w:p>
          <w:p w14:paraId="10F2B93D" w14:textId="6A851DF6" w:rsidR="0012292F" w:rsidRPr="00DC63B1" w:rsidRDefault="0012292F" w:rsidP="000342B8">
            <w:pPr>
              <w:rPr>
                <w:rFonts w:ascii="Brandon Grotesque Light" w:hAnsi="Brandon Grotesque Light"/>
                <w:b/>
                <w:bCs/>
              </w:rPr>
            </w:pPr>
            <w:r>
              <w:rPr>
                <w:rFonts w:ascii="Brandon Grotesque Light" w:hAnsi="Brandon Grotesque Light"/>
                <w:b/>
                <w:bCs/>
              </w:rPr>
              <w:t>(100 words)</w:t>
            </w:r>
          </w:p>
        </w:tc>
        <w:tc>
          <w:tcPr>
            <w:tcW w:w="6775" w:type="dxa"/>
          </w:tcPr>
          <w:p w14:paraId="4B4172FB" w14:textId="77777777" w:rsidR="00C21F25" w:rsidRDefault="00C21F25" w:rsidP="000342B8">
            <w:pPr>
              <w:rPr>
                <w:rFonts w:ascii="Brandon Grotesque Light" w:hAnsi="Brandon Grotesque Light" w:cstheme="majorHAnsi"/>
                <w:i/>
                <w:iCs/>
                <w:sz w:val="20"/>
                <w:szCs w:val="20"/>
              </w:rPr>
            </w:pPr>
            <w:r w:rsidRPr="0012292F">
              <w:rPr>
                <w:rFonts w:ascii="Brandon Grotesque Light" w:hAnsi="Brandon Grotesque Light" w:cstheme="majorHAnsi"/>
                <w:i/>
                <w:iCs/>
                <w:sz w:val="20"/>
                <w:szCs w:val="20"/>
              </w:rPr>
              <w:t>Please indicate if SPHERE provided any funding or other support.</w:t>
            </w:r>
          </w:p>
          <w:p w14:paraId="7477243C" w14:textId="1CF09E93" w:rsidR="009C43F5" w:rsidRPr="009C43F5" w:rsidRDefault="009C43F5" w:rsidP="000342B8">
            <w:pPr>
              <w:rPr>
                <w:rFonts w:ascii="Brandon Grotesque Light" w:hAnsi="Brandon Grotesque Light" w:cstheme="majorHAnsi"/>
                <w:i/>
                <w:iCs/>
                <w:color w:val="000000" w:themeColor="text1"/>
                <w:sz w:val="20"/>
                <w:szCs w:val="20"/>
              </w:rPr>
            </w:pPr>
            <w:r>
              <w:rPr>
                <w:rFonts w:ascii="Brandon Grotesque Light" w:eastAsiaTheme="majorEastAsia" w:hAnsi="Brandon Grotesque Light" w:cstheme="majorBidi"/>
                <w:b/>
                <w:bCs/>
                <w:i/>
                <w:iCs/>
                <w:color w:val="000000" w:themeColor="text1"/>
                <w:sz w:val="20"/>
                <w:szCs w:val="20"/>
              </w:rPr>
              <w:t>(</w:t>
            </w:r>
            <w:r w:rsidRPr="009C43F5">
              <w:rPr>
                <w:rFonts w:ascii="Brandon Grotesque Light" w:eastAsiaTheme="majorEastAsia" w:hAnsi="Brandon Grotesque Light" w:cstheme="majorBidi"/>
                <w:b/>
                <w:bCs/>
                <w:i/>
                <w:iCs/>
                <w:color w:val="000000" w:themeColor="text1"/>
                <w:sz w:val="20"/>
                <w:szCs w:val="20"/>
              </w:rPr>
              <w:t>For Emerging Researcher / Women in Translational Health Leadership nominations</w:t>
            </w:r>
            <w:r w:rsidRPr="009C43F5">
              <w:rPr>
                <w:rFonts w:ascii="Brandon Grotesque Light" w:eastAsiaTheme="majorEastAsia" w:hAnsi="Brandon Grotesque Light" w:cstheme="majorBidi"/>
                <w:i/>
                <w:iCs/>
                <w:color w:val="000000" w:themeColor="text1"/>
                <w:sz w:val="20"/>
                <w:szCs w:val="20"/>
              </w:rPr>
              <w:t>: This may include SPHERE funding, involvement in a Clinical Academic Group, platform, theme or network, mentoring, leadership opportunities, workshops, events, grant schemes, profile-raising, or connections made through the SPHERE partnership.</w:t>
            </w:r>
            <w:r>
              <w:rPr>
                <w:rFonts w:ascii="Brandon Grotesque Light" w:eastAsiaTheme="majorEastAsia" w:hAnsi="Brandon Grotesque Light" w:cstheme="majorBidi"/>
                <w:i/>
                <w:iCs/>
                <w:color w:val="000000" w:themeColor="text1"/>
                <w:sz w:val="20"/>
                <w:szCs w:val="20"/>
              </w:rPr>
              <w:t>)</w:t>
            </w:r>
          </w:p>
          <w:p w14:paraId="7031CDFF" w14:textId="77777777" w:rsidR="0012292F" w:rsidRDefault="0012292F" w:rsidP="000342B8">
            <w:pPr>
              <w:rPr>
                <w:rFonts w:ascii="Brandon Grotesque Light" w:hAnsi="Brandon Grotesque Light" w:cstheme="majorHAnsi"/>
                <w:i/>
                <w:iCs/>
                <w:sz w:val="20"/>
                <w:szCs w:val="20"/>
              </w:rPr>
            </w:pPr>
          </w:p>
          <w:p w14:paraId="6130EB9D" w14:textId="77777777" w:rsidR="0012292F" w:rsidRDefault="0012292F" w:rsidP="000342B8">
            <w:pPr>
              <w:rPr>
                <w:rFonts w:ascii="Brandon Grotesque Light" w:hAnsi="Brandon Grotesque Light" w:cstheme="majorHAnsi"/>
                <w:i/>
                <w:iCs/>
                <w:sz w:val="20"/>
                <w:szCs w:val="20"/>
              </w:rPr>
            </w:pPr>
          </w:p>
          <w:p w14:paraId="204D5D62" w14:textId="77777777" w:rsidR="0012292F" w:rsidRDefault="0012292F" w:rsidP="000342B8">
            <w:pPr>
              <w:rPr>
                <w:rFonts w:ascii="Brandon Grotesque Light" w:hAnsi="Brandon Grotesque Light" w:cstheme="majorHAnsi"/>
                <w:i/>
                <w:iCs/>
                <w:sz w:val="20"/>
                <w:szCs w:val="20"/>
              </w:rPr>
            </w:pPr>
          </w:p>
          <w:p w14:paraId="66A7F88F" w14:textId="77777777" w:rsidR="0012292F" w:rsidRDefault="0012292F" w:rsidP="000342B8">
            <w:pPr>
              <w:rPr>
                <w:rFonts w:ascii="Brandon Grotesque Light" w:hAnsi="Brandon Grotesque Light" w:cstheme="majorHAnsi"/>
                <w:i/>
                <w:iCs/>
                <w:sz w:val="20"/>
                <w:szCs w:val="20"/>
              </w:rPr>
            </w:pPr>
          </w:p>
          <w:p w14:paraId="33E89A1D" w14:textId="77777777" w:rsidR="0012292F" w:rsidRDefault="0012292F" w:rsidP="000342B8">
            <w:pPr>
              <w:rPr>
                <w:rFonts w:ascii="Brandon Grotesque Light" w:hAnsi="Brandon Grotesque Light" w:cstheme="majorHAnsi"/>
                <w:i/>
                <w:iCs/>
                <w:sz w:val="20"/>
                <w:szCs w:val="20"/>
              </w:rPr>
            </w:pPr>
          </w:p>
          <w:p w14:paraId="5BF74CA1" w14:textId="77777777" w:rsidR="0012292F" w:rsidRDefault="0012292F" w:rsidP="000342B8">
            <w:pPr>
              <w:rPr>
                <w:rFonts w:ascii="Brandon Grotesque Light" w:hAnsi="Brandon Grotesque Light" w:cstheme="majorHAnsi"/>
                <w:i/>
                <w:iCs/>
                <w:sz w:val="20"/>
                <w:szCs w:val="20"/>
              </w:rPr>
            </w:pPr>
          </w:p>
          <w:p w14:paraId="70B168C5" w14:textId="77777777" w:rsidR="0012292F" w:rsidRDefault="0012292F" w:rsidP="000342B8">
            <w:pPr>
              <w:rPr>
                <w:rFonts w:ascii="Brandon Grotesque Light" w:hAnsi="Brandon Grotesque Light" w:cstheme="majorHAnsi"/>
                <w:i/>
                <w:iCs/>
                <w:sz w:val="20"/>
                <w:szCs w:val="20"/>
              </w:rPr>
            </w:pPr>
          </w:p>
          <w:p w14:paraId="57368742" w14:textId="77777777" w:rsidR="0012292F" w:rsidRDefault="0012292F" w:rsidP="000342B8">
            <w:pPr>
              <w:rPr>
                <w:rFonts w:ascii="Brandon Grotesque Light" w:hAnsi="Brandon Grotesque Light" w:cstheme="majorHAnsi"/>
                <w:i/>
                <w:iCs/>
                <w:sz w:val="20"/>
                <w:szCs w:val="20"/>
              </w:rPr>
            </w:pPr>
          </w:p>
          <w:p w14:paraId="4AB50088" w14:textId="77777777" w:rsidR="0012292F" w:rsidRDefault="0012292F" w:rsidP="000342B8">
            <w:pPr>
              <w:rPr>
                <w:rFonts w:ascii="Brandon Grotesque Light" w:hAnsi="Brandon Grotesque Light" w:cstheme="majorHAnsi"/>
                <w:i/>
                <w:iCs/>
                <w:sz w:val="20"/>
                <w:szCs w:val="20"/>
              </w:rPr>
            </w:pPr>
          </w:p>
          <w:p w14:paraId="2F46C334" w14:textId="77777777" w:rsidR="0012292F" w:rsidRDefault="0012292F" w:rsidP="000342B8">
            <w:pPr>
              <w:rPr>
                <w:rFonts w:ascii="Brandon Grotesque Light" w:hAnsi="Brandon Grotesque Light" w:cstheme="majorHAnsi"/>
                <w:i/>
                <w:iCs/>
                <w:sz w:val="20"/>
                <w:szCs w:val="20"/>
              </w:rPr>
            </w:pPr>
          </w:p>
          <w:p w14:paraId="5BE56256" w14:textId="77777777" w:rsidR="0012292F" w:rsidRDefault="0012292F" w:rsidP="000342B8">
            <w:pPr>
              <w:rPr>
                <w:rFonts w:ascii="Brandon Grotesque Light" w:hAnsi="Brandon Grotesque Light" w:cstheme="majorHAnsi"/>
                <w:i/>
                <w:iCs/>
                <w:sz w:val="20"/>
                <w:szCs w:val="20"/>
              </w:rPr>
            </w:pPr>
          </w:p>
          <w:p w14:paraId="667814F1" w14:textId="77777777" w:rsidR="0012292F" w:rsidRDefault="0012292F" w:rsidP="000342B8">
            <w:pPr>
              <w:rPr>
                <w:rFonts w:ascii="Brandon Grotesque Light" w:hAnsi="Brandon Grotesque Light" w:cstheme="majorHAnsi"/>
                <w:i/>
                <w:iCs/>
                <w:sz w:val="20"/>
                <w:szCs w:val="20"/>
              </w:rPr>
            </w:pPr>
          </w:p>
          <w:p w14:paraId="4AB90EA9" w14:textId="23E29244" w:rsidR="0012292F" w:rsidRPr="0012292F" w:rsidRDefault="0012292F" w:rsidP="000342B8">
            <w:pPr>
              <w:rPr>
                <w:rFonts w:ascii="Brandon Grotesque Light" w:hAnsi="Brandon Grotesque Light" w:cstheme="majorHAnsi"/>
                <w:i/>
                <w:iCs/>
                <w:sz w:val="20"/>
                <w:szCs w:val="20"/>
              </w:rPr>
            </w:pPr>
          </w:p>
        </w:tc>
      </w:tr>
      <w:tr w:rsidR="00391241" w:rsidRPr="00DC63B1" w14:paraId="4D3C300B" w14:textId="77777777" w:rsidTr="00C21F25">
        <w:tc>
          <w:tcPr>
            <w:tcW w:w="2619" w:type="dxa"/>
          </w:tcPr>
          <w:p w14:paraId="6C03E2DA" w14:textId="77777777" w:rsidR="00391241" w:rsidRDefault="00391241" w:rsidP="000342B8">
            <w:pPr>
              <w:rPr>
                <w:rFonts w:ascii="Brandon Grotesque Light" w:hAnsi="Brandon Grotesque Light"/>
                <w:b/>
                <w:bCs/>
              </w:rPr>
            </w:pPr>
            <w:r w:rsidRPr="00DC63B1">
              <w:rPr>
                <w:rFonts w:ascii="Brandon Grotesque Light" w:hAnsi="Brandon Grotesque Light"/>
                <w:b/>
                <w:bCs/>
              </w:rPr>
              <w:lastRenderedPageBreak/>
              <w:t>Why should this nominee receive this award?</w:t>
            </w:r>
          </w:p>
          <w:p w14:paraId="1C461CF1" w14:textId="6E10A5E4" w:rsidR="0012292F" w:rsidRPr="00DC63B1" w:rsidRDefault="0012292F" w:rsidP="000342B8">
            <w:pPr>
              <w:rPr>
                <w:rFonts w:ascii="Brandon Grotesque Light" w:hAnsi="Brandon Grotesque Light"/>
                <w:b/>
                <w:bCs/>
              </w:rPr>
            </w:pPr>
            <w:r>
              <w:rPr>
                <w:rFonts w:ascii="Brandon Grotesque Light" w:hAnsi="Brandon Grotesque Light"/>
                <w:b/>
                <w:bCs/>
              </w:rPr>
              <w:t>(100 words)</w:t>
            </w:r>
          </w:p>
        </w:tc>
        <w:tc>
          <w:tcPr>
            <w:tcW w:w="6775" w:type="dxa"/>
          </w:tcPr>
          <w:p w14:paraId="48D10A37" w14:textId="71E4A3EB" w:rsidR="00391241" w:rsidRPr="009C43F5" w:rsidRDefault="009C43F5" w:rsidP="000342B8">
            <w:pPr>
              <w:rPr>
                <w:rFonts w:ascii="Brandon Grotesque Light" w:hAnsi="Brandon Grotesque Light"/>
                <w:i/>
                <w:iCs/>
                <w:color w:val="000000" w:themeColor="text1"/>
                <w:sz w:val="20"/>
                <w:szCs w:val="20"/>
              </w:rPr>
            </w:pPr>
            <w:r w:rsidRPr="009C43F5">
              <w:rPr>
                <w:rFonts w:ascii="Brandon Grotesque Light" w:eastAsiaTheme="majorEastAsia" w:hAnsi="Brandon Grotesque Light" w:cstheme="majorBidi"/>
                <w:b/>
                <w:bCs/>
                <w:i/>
                <w:iCs/>
                <w:color w:val="000000" w:themeColor="text1"/>
                <w:sz w:val="20"/>
                <w:szCs w:val="20"/>
              </w:rPr>
              <w:t>For Emerging Researcher / Women in Translational Health Leadership nominations:</w:t>
            </w:r>
            <w:r w:rsidRPr="009C43F5">
              <w:rPr>
                <w:rFonts w:ascii="Brandon Grotesque Light" w:eastAsiaTheme="majorEastAsia" w:hAnsi="Brandon Grotesque Light" w:cstheme="majorBidi"/>
                <w:i/>
                <w:iCs/>
                <w:color w:val="000000" w:themeColor="text1"/>
                <w:sz w:val="20"/>
                <w:szCs w:val="20"/>
              </w:rPr>
              <w:t> For Emerging Researcher nominations, highlight promise, achievements to date, collaboration, research quality and future leadership potential. For Women in Translational Health Leadership nominations, highlight leadership, influence, mentoring, innovation, collaboration and contribution to health impact.</w:t>
            </w:r>
          </w:p>
          <w:p w14:paraId="1681B075" w14:textId="77777777" w:rsidR="00391241" w:rsidRPr="00DC63B1" w:rsidRDefault="00391241" w:rsidP="000342B8">
            <w:pPr>
              <w:rPr>
                <w:rFonts w:ascii="Brandon Grotesque Light" w:hAnsi="Brandon Grotesque Light"/>
              </w:rPr>
            </w:pPr>
          </w:p>
          <w:p w14:paraId="085B2F21" w14:textId="77777777" w:rsidR="00391241" w:rsidRPr="00DC63B1" w:rsidRDefault="00391241" w:rsidP="000342B8">
            <w:pPr>
              <w:rPr>
                <w:rFonts w:ascii="Brandon Grotesque Light" w:hAnsi="Brandon Grotesque Light"/>
              </w:rPr>
            </w:pPr>
          </w:p>
          <w:p w14:paraId="2D2BC86D" w14:textId="77777777" w:rsidR="00391241" w:rsidRPr="00DC63B1" w:rsidRDefault="00391241" w:rsidP="000342B8">
            <w:pPr>
              <w:rPr>
                <w:rFonts w:ascii="Brandon Grotesque Light" w:hAnsi="Brandon Grotesque Light"/>
              </w:rPr>
            </w:pPr>
          </w:p>
          <w:p w14:paraId="03B4C35C" w14:textId="77777777" w:rsidR="00391241" w:rsidRPr="00DC63B1" w:rsidRDefault="00391241" w:rsidP="000342B8">
            <w:pPr>
              <w:rPr>
                <w:rFonts w:ascii="Brandon Grotesque Light" w:hAnsi="Brandon Grotesque Light"/>
              </w:rPr>
            </w:pPr>
          </w:p>
          <w:p w14:paraId="48B75805" w14:textId="77777777" w:rsidR="00391241" w:rsidRPr="00DC63B1" w:rsidRDefault="00391241" w:rsidP="000342B8">
            <w:pPr>
              <w:rPr>
                <w:rFonts w:ascii="Brandon Grotesque Light" w:hAnsi="Brandon Grotesque Light"/>
              </w:rPr>
            </w:pPr>
          </w:p>
          <w:p w14:paraId="3CB8891D" w14:textId="77777777" w:rsidR="00391241" w:rsidRPr="00DC63B1" w:rsidRDefault="00391241" w:rsidP="000342B8">
            <w:pPr>
              <w:rPr>
                <w:rFonts w:ascii="Brandon Grotesque Light" w:hAnsi="Brandon Grotesque Light"/>
              </w:rPr>
            </w:pPr>
          </w:p>
          <w:p w14:paraId="0E70FA73" w14:textId="77777777" w:rsidR="00391241" w:rsidRPr="00DC63B1" w:rsidRDefault="00391241" w:rsidP="000342B8">
            <w:pPr>
              <w:rPr>
                <w:rFonts w:ascii="Brandon Grotesque Light" w:hAnsi="Brandon Grotesque Light"/>
              </w:rPr>
            </w:pPr>
          </w:p>
          <w:p w14:paraId="1F44CA3F" w14:textId="77777777" w:rsidR="00391241" w:rsidRPr="00DC63B1" w:rsidRDefault="00391241" w:rsidP="000342B8">
            <w:pPr>
              <w:rPr>
                <w:rFonts w:ascii="Brandon Grotesque Light" w:hAnsi="Brandon Grotesque Light"/>
              </w:rPr>
            </w:pPr>
          </w:p>
          <w:p w14:paraId="2D0F9CC4" w14:textId="77777777" w:rsidR="00391241" w:rsidRPr="00DC63B1" w:rsidRDefault="00391241" w:rsidP="000342B8">
            <w:pPr>
              <w:rPr>
                <w:rFonts w:ascii="Brandon Grotesque Light" w:hAnsi="Brandon Grotesque Light"/>
              </w:rPr>
            </w:pPr>
          </w:p>
          <w:p w14:paraId="4AFDE8CA" w14:textId="77777777" w:rsidR="00391241" w:rsidRPr="00DC63B1" w:rsidRDefault="00391241" w:rsidP="000342B8">
            <w:pPr>
              <w:rPr>
                <w:rFonts w:ascii="Brandon Grotesque Light" w:hAnsi="Brandon Grotesque Light"/>
              </w:rPr>
            </w:pPr>
          </w:p>
          <w:p w14:paraId="09D86235" w14:textId="77777777" w:rsidR="00391241" w:rsidRPr="00DC63B1" w:rsidRDefault="00391241" w:rsidP="000342B8">
            <w:pPr>
              <w:rPr>
                <w:rFonts w:ascii="Brandon Grotesque Light" w:hAnsi="Brandon Grotesque Light"/>
              </w:rPr>
            </w:pPr>
          </w:p>
        </w:tc>
      </w:tr>
    </w:tbl>
    <w:p w14:paraId="43E56EF4" w14:textId="77777777" w:rsidR="00391241" w:rsidRDefault="00391241" w:rsidP="00391241">
      <w:pPr>
        <w:rPr>
          <w:rFonts w:ascii="Brandon Grotesque Light" w:hAnsi="Brandon Grotesque Light"/>
        </w:rPr>
      </w:pPr>
    </w:p>
    <w:p w14:paraId="02745D55" w14:textId="7E88099B" w:rsidR="00391241" w:rsidRPr="00DC63B1" w:rsidRDefault="00731189" w:rsidP="00391241">
      <w:pPr>
        <w:rPr>
          <w:rFonts w:ascii="Brandon Grotesque Light" w:hAnsi="Brandon Grotesque Light"/>
          <w:b/>
          <w:bCs/>
          <w:color w:val="1F497D" w:themeColor="text2"/>
          <w:sz w:val="24"/>
          <w:szCs w:val="24"/>
        </w:rPr>
      </w:pPr>
      <w:r w:rsidRPr="00DC63B1">
        <w:rPr>
          <w:rFonts w:ascii="Brandon Grotesque Light" w:hAnsi="Brandon Grotesque Light"/>
          <w:b/>
          <w:bCs/>
          <w:color w:val="1F497D" w:themeColor="text2"/>
          <w:sz w:val="24"/>
          <w:szCs w:val="24"/>
        </w:rPr>
        <w:t>Declaration</w:t>
      </w:r>
      <w:r w:rsidR="00391241" w:rsidRPr="00DC63B1">
        <w:rPr>
          <w:rFonts w:ascii="Brandon Grotesque Light" w:hAnsi="Brandon Grotesque Light"/>
          <w:b/>
          <w:bCs/>
          <w:color w:val="1F497D" w:themeColor="text2"/>
          <w:sz w:val="24"/>
          <w:szCs w:val="24"/>
        </w:rPr>
        <w:t xml:space="preserve"> </w:t>
      </w:r>
    </w:p>
    <w:p w14:paraId="2B00E50B" w14:textId="6D26BED8" w:rsidR="00391241" w:rsidRPr="00DC63B1" w:rsidRDefault="00391241" w:rsidP="00391241">
      <w:pPr>
        <w:rPr>
          <w:rFonts w:ascii="Brandon Grotesque Light" w:hAnsi="Brandon Grotesque Light"/>
        </w:rPr>
      </w:pPr>
      <w:r w:rsidRPr="00DC63B1">
        <w:rPr>
          <w:rFonts w:ascii="Brandon Grotesque Light" w:hAnsi="Brandon Grotesque Light"/>
        </w:rPr>
        <w:t>I confirm that the information provided is accurate to the best of my knowledge.</w:t>
      </w:r>
    </w:p>
    <w:tbl>
      <w:tblPr>
        <w:tblStyle w:val="TableGrid"/>
        <w:tblW w:w="0" w:type="auto"/>
        <w:tblLook w:val="04A0" w:firstRow="1" w:lastRow="0" w:firstColumn="1" w:lastColumn="0" w:noHBand="0" w:noVBand="1"/>
      </w:tblPr>
      <w:tblGrid>
        <w:gridCol w:w="1926"/>
        <w:gridCol w:w="7468"/>
      </w:tblGrid>
      <w:tr w:rsidR="00C21F25" w:rsidRPr="00DC63B1" w14:paraId="5AEDAAF3" w14:textId="77777777" w:rsidTr="00C21F25">
        <w:tc>
          <w:tcPr>
            <w:tcW w:w="1926" w:type="dxa"/>
          </w:tcPr>
          <w:p w14:paraId="1B067D65" w14:textId="27F6E0D0" w:rsidR="00C21F25" w:rsidRPr="00DC63B1" w:rsidRDefault="005D15AB" w:rsidP="00663F88">
            <w:pPr>
              <w:spacing w:before="80" w:after="80"/>
              <w:rPr>
                <w:rFonts w:ascii="Brandon Grotesque Light" w:hAnsi="Brandon Grotesque Light"/>
              </w:rPr>
            </w:pPr>
            <w:r>
              <w:rPr>
                <w:rFonts w:ascii="Brandon Grotesque Light" w:hAnsi="Brandon Grotesque Light"/>
              </w:rPr>
              <w:t>Endorse</w:t>
            </w:r>
            <w:r w:rsidR="00874B5D">
              <w:rPr>
                <w:rFonts w:ascii="Brandon Grotesque Light" w:hAnsi="Brandon Grotesque Light"/>
              </w:rPr>
              <w:t>r</w:t>
            </w:r>
            <w:r w:rsidR="00767FB9">
              <w:rPr>
                <w:rFonts w:ascii="Brandon Grotesque Light" w:hAnsi="Brandon Grotesque Light"/>
              </w:rPr>
              <w:t xml:space="preserve"> name </w:t>
            </w:r>
            <w:r w:rsidR="00767FB9" w:rsidRPr="0015729B">
              <w:rPr>
                <w:rFonts w:ascii="Brandon Grotesque Light" w:hAnsi="Brandon Grotesque Light"/>
                <w:i/>
                <w:iCs/>
              </w:rPr>
              <w:t>(</w:t>
            </w:r>
            <w:r w:rsidR="00C21F25" w:rsidRPr="0015729B">
              <w:rPr>
                <w:rFonts w:ascii="Brandon Grotesque Light" w:hAnsi="Brandon Grotesque Light"/>
                <w:i/>
                <w:iCs/>
              </w:rPr>
              <w:t xml:space="preserve">Partner </w:t>
            </w:r>
            <w:proofErr w:type="spellStart"/>
            <w:r w:rsidR="00C21F25" w:rsidRPr="0015729B">
              <w:rPr>
                <w:rFonts w:ascii="Brandon Grotesque Light" w:hAnsi="Brandon Grotesque Light"/>
                <w:i/>
                <w:iCs/>
              </w:rPr>
              <w:t>Organisation</w:t>
            </w:r>
            <w:proofErr w:type="spellEnd"/>
            <w:r w:rsidR="00C21F25" w:rsidRPr="0015729B">
              <w:rPr>
                <w:rFonts w:ascii="Brandon Grotesque Light" w:hAnsi="Brandon Grotesque Light"/>
                <w:i/>
                <w:iCs/>
              </w:rPr>
              <w:t xml:space="preserve"> Representative</w:t>
            </w:r>
            <w:r w:rsidR="00767FB9" w:rsidRPr="0015729B">
              <w:rPr>
                <w:rFonts w:ascii="Brandon Grotesque Light" w:hAnsi="Brandon Grotesque Light"/>
                <w:i/>
                <w:iCs/>
              </w:rPr>
              <w:t>)</w:t>
            </w:r>
            <w:r w:rsidR="00C21F25" w:rsidRPr="00DC63B1">
              <w:rPr>
                <w:rFonts w:ascii="Brandon Grotesque Light" w:hAnsi="Brandon Grotesque Light"/>
              </w:rPr>
              <w:t xml:space="preserve"> </w:t>
            </w:r>
          </w:p>
        </w:tc>
        <w:tc>
          <w:tcPr>
            <w:tcW w:w="7468" w:type="dxa"/>
          </w:tcPr>
          <w:p w14:paraId="63053C78" w14:textId="77777777" w:rsidR="00C21F25" w:rsidRPr="00DC63B1" w:rsidRDefault="00C21F25" w:rsidP="00663F88">
            <w:pPr>
              <w:spacing w:before="80" w:after="80"/>
              <w:rPr>
                <w:rFonts w:ascii="Brandon Grotesque Light" w:hAnsi="Brandon Grotesque Light"/>
              </w:rPr>
            </w:pPr>
          </w:p>
        </w:tc>
      </w:tr>
      <w:tr w:rsidR="00391241" w:rsidRPr="00DC63B1" w14:paraId="394E625D" w14:textId="77777777" w:rsidTr="00C21F25">
        <w:tc>
          <w:tcPr>
            <w:tcW w:w="1926" w:type="dxa"/>
          </w:tcPr>
          <w:p w14:paraId="7E7BE42C" w14:textId="6A4B39F0" w:rsidR="00391241" w:rsidRPr="00DC63B1" w:rsidRDefault="00767FB9" w:rsidP="00663F88">
            <w:pPr>
              <w:spacing w:before="80" w:after="80"/>
              <w:rPr>
                <w:rFonts w:ascii="Brandon Grotesque Light" w:hAnsi="Brandon Grotesque Light"/>
              </w:rPr>
            </w:pPr>
            <w:r>
              <w:rPr>
                <w:rFonts w:ascii="Brandon Grotesque Light" w:hAnsi="Brandon Grotesque Light"/>
              </w:rPr>
              <w:t>Endorse</w:t>
            </w:r>
            <w:r w:rsidR="00874B5D">
              <w:rPr>
                <w:rFonts w:ascii="Brandon Grotesque Light" w:hAnsi="Brandon Grotesque Light"/>
              </w:rPr>
              <w:t>r</w:t>
            </w:r>
            <w:r>
              <w:rPr>
                <w:rFonts w:ascii="Brandon Grotesque Light" w:hAnsi="Brandon Grotesque Light"/>
              </w:rPr>
              <w:t xml:space="preserve"> </w:t>
            </w:r>
            <w:r w:rsidR="00EF2F35" w:rsidRPr="00DC63B1">
              <w:rPr>
                <w:rFonts w:ascii="Brandon Grotesque Light" w:hAnsi="Brandon Grotesque Light"/>
              </w:rPr>
              <w:t xml:space="preserve">signature </w:t>
            </w:r>
            <w:r w:rsidR="00EF2F35" w:rsidRPr="0015729B">
              <w:rPr>
                <w:rFonts w:ascii="Brandon Grotesque Light" w:hAnsi="Brandon Grotesque Light"/>
                <w:i/>
                <w:iCs/>
              </w:rPr>
              <w:t>(</w:t>
            </w:r>
            <w:r w:rsidR="00C21F25" w:rsidRPr="0015729B">
              <w:rPr>
                <w:rFonts w:ascii="Brandon Grotesque Light" w:hAnsi="Brandon Grotesque Light"/>
                <w:i/>
                <w:iCs/>
              </w:rPr>
              <w:t xml:space="preserve">Partner </w:t>
            </w:r>
            <w:proofErr w:type="spellStart"/>
            <w:r w:rsidR="00C21F25" w:rsidRPr="0015729B">
              <w:rPr>
                <w:rFonts w:ascii="Brandon Grotesque Light" w:hAnsi="Brandon Grotesque Light"/>
                <w:i/>
                <w:iCs/>
              </w:rPr>
              <w:t>Organisation</w:t>
            </w:r>
            <w:proofErr w:type="spellEnd"/>
            <w:r w:rsidR="00C21F25" w:rsidRPr="0015729B">
              <w:rPr>
                <w:rFonts w:ascii="Brandon Grotesque Light" w:hAnsi="Brandon Grotesque Light"/>
                <w:i/>
                <w:iCs/>
              </w:rPr>
              <w:t xml:space="preserve"> Representative</w:t>
            </w:r>
            <w:r w:rsidR="00EF2F35" w:rsidRPr="0015729B">
              <w:rPr>
                <w:rFonts w:ascii="Brandon Grotesque Light" w:hAnsi="Brandon Grotesque Light"/>
                <w:i/>
                <w:iCs/>
              </w:rPr>
              <w:t>)</w:t>
            </w:r>
          </w:p>
        </w:tc>
        <w:tc>
          <w:tcPr>
            <w:tcW w:w="7468" w:type="dxa"/>
          </w:tcPr>
          <w:p w14:paraId="71ED57CE" w14:textId="77777777" w:rsidR="00391241" w:rsidRPr="00DC63B1" w:rsidRDefault="00391241" w:rsidP="00663F88">
            <w:pPr>
              <w:spacing w:before="80" w:after="80"/>
              <w:rPr>
                <w:rFonts w:ascii="Brandon Grotesque Light" w:hAnsi="Brandon Grotesque Light"/>
              </w:rPr>
            </w:pPr>
          </w:p>
        </w:tc>
      </w:tr>
      <w:tr w:rsidR="00C21F25" w:rsidRPr="00DC63B1" w14:paraId="53998D71" w14:textId="77777777" w:rsidTr="00C21F25">
        <w:tc>
          <w:tcPr>
            <w:tcW w:w="1926" w:type="dxa"/>
          </w:tcPr>
          <w:p w14:paraId="07788140" w14:textId="738DCAD1" w:rsidR="00C21F25" w:rsidRPr="00DC63B1" w:rsidRDefault="00C21F25" w:rsidP="00663F88">
            <w:pPr>
              <w:spacing w:before="80" w:after="80"/>
              <w:rPr>
                <w:rFonts w:ascii="Brandon Grotesque Light" w:hAnsi="Brandon Grotesque Light"/>
              </w:rPr>
            </w:pPr>
            <w:r w:rsidRPr="00DC63B1">
              <w:rPr>
                <w:rFonts w:ascii="Brandon Grotesque Light" w:hAnsi="Brandon Grotesque Light"/>
              </w:rPr>
              <w:t>Date</w:t>
            </w:r>
          </w:p>
        </w:tc>
        <w:tc>
          <w:tcPr>
            <w:tcW w:w="7468" w:type="dxa"/>
          </w:tcPr>
          <w:p w14:paraId="35031DC3" w14:textId="77777777" w:rsidR="00C21F25" w:rsidRPr="00DC63B1" w:rsidRDefault="00C21F25" w:rsidP="00663F88">
            <w:pPr>
              <w:spacing w:before="80" w:after="80"/>
              <w:rPr>
                <w:rFonts w:ascii="Brandon Grotesque Light" w:hAnsi="Brandon Grotesque Light"/>
              </w:rPr>
            </w:pPr>
          </w:p>
        </w:tc>
      </w:tr>
    </w:tbl>
    <w:p w14:paraId="271F4A3C" w14:textId="77777777" w:rsidR="00391241" w:rsidRPr="00DC63B1" w:rsidRDefault="00391241" w:rsidP="00391241">
      <w:pPr>
        <w:rPr>
          <w:rFonts w:ascii="Brandon Grotesque Light" w:hAnsi="Brandon Grotesque Light"/>
        </w:rPr>
      </w:pPr>
    </w:p>
    <w:p w14:paraId="35124C56" w14:textId="635107B7" w:rsidR="00391241" w:rsidRPr="009C43F5" w:rsidRDefault="00D35BE3">
      <w:pPr>
        <w:rPr>
          <w:rFonts w:ascii="Brandon Grotesque Light" w:hAnsi="Brandon Grotesque Light"/>
          <w:b/>
          <w:bCs/>
          <w:sz w:val="24"/>
          <w:szCs w:val="24"/>
        </w:rPr>
      </w:pPr>
      <w:r w:rsidRPr="009C43F5">
        <w:rPr>
          <w:rFonts w:ascii="Brandon Grotesque Light" w:hAnsi="Brandon Grotesque Light"/>
          <w:b/>
          <w:bCs/>
          <w:sz w:val="24"/>
          <w:szCs w:val="24"/>
        </w:rPr>
        <w:t xml:space="preserve">Please submit application to: </w:t>
      </w:r>
      <w:hyperlink r:id="rId7" w:history="1">
        <w:r w:rsidRPr="009C43F5">
          <w:rPr>
            <w:rStyle w:val="Hyperlink"/>
            <w:rFonts w:ascii="Brandon Grotesque Light" w:hAnsi="Brandon Grotesque Light"/>
            <w:b/>
            <w:bCs/>
            <w:sz w:val="24"/>
            <w:szCs w:val="24"/>
          </w:rPr>
          <w:t>infoatsphere@unsw.edu.au</w:t>
        </w:r>
      </w:hyperlink>
      <w:r w:rsidRPr="009C43F5">
        <w:rPr>
          <w:rFonts w:ascii="Brandon Grotesque Light" w:hAnsi="Brandon Grotesque Light"/>
          <w:b/>
          <w:bCs/>
          <w:sz w:val="24"/>
          <w:szCs w:val="24"/>
        </w:rPr>
        <w:t xml:space="preserve"> by</w:t>
      </w:r>
      <w:r w:rsidR="00212C6E" w:rsidRPr="009C43F5">
        <w:rPr>
          <w:rFonts w:ascii="Brandon Grotesque Light" w:hAnsi="Brandon Grotesque Light"/>
          <w:b/>
          <w:bCs/>
          <w:sz w:val="24"/>
          <w:szCs w:val="24"/>
        </w:rPr>
        <w:t xml:space="preserve"> </w:t>
      </w:r>
      <w:r w:rsidR="00AB19D3" w:rsidRPr="009C43F5">
        <w:rPr>
          <w:rFonts w:ascii="Brandon Grotesque Light" w:hAnsi="Brandon Grotesque Light"/>
          <w:b/>
          <w:bCs/>
          <w:sz w:val="24"/>
          <w:szCs w:val="24"/>
        </w:rPr>
        <w:t>5pm, 30</w:t>
      </w:r>
      <w:r w:rsidR="00AB19D3" w:rsidRPr="009C43F5">
        <w:rPr>
          <w:rFonts w:ascii="Brandon Grotesque Light" w:hAnsi="Brandon Grotesque Light"/>
          <w:b/>
          <w:bCs/>
          <w:sz w:val="24"/>
          <w:szCs w:val="24"/>
          <w:vertAlign w:val="superscript"/>
        </w:rPr>
        <w:t>th</w:t>
      </w:r>
      <w:r w:rsidR="00AB19D3" w:rsidRPr="009C43F5">
        <w:rPr>
          <w:rFonts w:ascii="Brandon Grotesque Light" w:hAnsi="Brandon Grotesque Light"/>
          <w:b/>
          <w:bCs/>
          <w:sz w:val="24"/>
          <w:szCs w:val="24"/>
        </w:rPr>
        <w:t xml:space="preserve"> June 2026</w:t>
      </w:r>
    </w:p>
    <w:p w14:paraId="751837B8" w14:textId="77777777" w:rsidR="00391241" w:rsidRPr="00DC63B1" w:rsidRDefault="00391241">
      <w:pPr>
        <w:rPr>
          <w:rFonts w:ascii="Brandon Grotesque Light" w:hAnsi="Brandon Grotesque Light"/>
        </w:rPr>
      </w:pPr>
    </w:p>
    <w:sectPr w:rsidR="00391241" w:rsidRPr="00DC63B1" w:rsidSect="00391241">
      <w:pgSz w:w="12240" w:h="15840"/>
      <w:pgMar w:top="992" w:right="1418"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randon Grotesque Light">
    <w:panose1 w:val="020B0303020203060202"/>
    <w:charset w:val="00"/>
    <w:family w:val="swiss"/>
    <w:notTrueType/>
    <w:pitch w:val="variable"/>
    <w:sig w:usb0="A00000AF" w:usb1="5000205B" w:usb2="00000000" w:usb3="00000000" w:csb0="0000009B"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CC4034"/>
    <w:multiLevelType w:val="hybridMultilevel"/>
    <w:tmpl w:val="B17698F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0FA7629"/>
    <w:multiLevelType w:val="hybridMultilevel"/>
    <w:tmpl w:val="84B24294"/>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364D5A65"/>
    <w:multiLevelType w:val="hybridMultilevel"/>
    <w:tmpl w:val="205252E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F461231"/>
    <w:multiLevelType w:val="hybridMultilevel"/>
    <w:tmpl w:val="7CDA3D1C"/>
    <w:lvl w:ilvl="0" w:tplc="51DE06A0">
      <w:start w:val="10"/>
      <w:numFmt w:val="bullet"/>
      <w:lvlText w:val=""/>
      <w:lvlJc w:val="left"/>
      <w:pPr>
        <w:ind w:left="720" w:hanging="360"/>
      </w:pPr>
      <w:rPr>
        <w:rFonts w:ascii="Symbol" w:eastAsiaTheme="minorEastAsia" w:hAnsi="Symbol" w:cstheme="minorBidi"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2E21858"/>
    <w:multiLevelType w:val="hybridMultilevel"/>
    <w:tmpl w:val="5810D288"/>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15:restartNumberingAfterBreak="0">
    <w:nsid w:val="55475BAE"/>
    <w:multiLevelType w:val="hybridMultilevel"/>
    <w:tmpl w:val="CC50C0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B82250A"/>
    <w:multiLevelType w:val="hybridMultilevel"/>
    <w:tmpl w:val="53B0EAD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72E35081"/>
    <w:multiLevelType w:val="hybridMultilevel"/>
    <w:tmpl w:val="5812063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3030828"/>
    <w:multiLevelType w:val="hybridMultilevel"/>
    <w:tmpl w:val="082E4DF4"/>
    <w:lvl w:ilvl="0" w:tplc="47E47CFA">
      <w:start w:val="1"/>
      <w:numFmt w:val="decimal"/>
      <w:lvlText w:val="%1."/>
      <w:lvlJc w:val="left"/>
      <w:pPr>
        <w:ind w:left="720" w:hanging="360"/>
      </w:pPr>
      <w:rPr>
        <w:rFonts w:hint="default"/>
        <w:b w:val="0"/>
        <w:color w:val="000000" w:themeColor="text1"/>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27965843">
    <w:abstractNumId w:val="8"/>
  </w:num>
  <w:num w:numId="2" w16cid:durableId="1227447080">
    <w:abstractNumId w:val="6"/>
  </w:num>
  <w:num w:numId="3" w16cid:durableId="599871552">
    <w:abstractNumId w:val="5"/>
  </w:num>
  <w:num w:numId="4" w16cid:durableId="524295460">
    <w:abstractNumId w:val="4"/>
  </w:num>
  <w:num w:numId="5" w16cid:durableId="964240122">
    <w:abstractNumId w:val="7"/>
  </w:num>
  <w:num w:numId="6" w16cid:durableId="1084182905">
    <w:abstractNumId w:val="3"/>
  </w:num>
  <w:num w:numId="7" w16cid:durableId="253980725">
    <w:abstractNumId w:val="2"/>
  </w:num>
  <w:num w:numId="8" w16cid:durableId="106898157">
    <w:abstractNumId w:val="1"/>
  </w:num>
  <w:num w:numId="9" w16cid:durableId="1852332487">
    <w:abstractNumId w:val="0"/>
  </w:num>
  <w:num w:numId="10" w16cid:durableId="1109667146">
    <w:abstractNumId w:val="12"/>
  </w:num>
  <w:num w:numId="11" w16cid:durableId="1720200375">
    <w:abstractNumId w:val="10"/>
  </w:num>
  <w:num w:numId="12" w16cid:durableId="1452018563">
    <w:abstractNumId w:val="13"/>
  </w:num>
  <w:num w:numId="13" w16cid:durableId="204753871">
    <w:abstractNumId w:val="9"/>
  </w:num>
  <w:num w:numId="14" w16cid:durableId="419378535">
    <w:abstractNumId w:val="16"/>
  </w:num>
  <w:num w:numId="15" w16cid:durableId="1671129854">
    <w:abstractNumId w:val="14"/>
  </w:num>
  <w:num w:numId="16" w16cid:durableId="263265755">
    <w:abstractNumId w:val="17"/>
  </w:num>
  <w:num w:numId="17" w16cid:durableId="1383362241">
    <w:abstractNumId w:val="15"/>
  </w:num>
  <w:num w:numId="18" w16cid:durableId="17917769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01A"/>
    <w:rsid w:val="00034616"/>
    <w:rsid w:val="0006063C"/>
    <w:rsid w:val="000A04A4"/>
    <w:rsid w:val="000C6462"/>
    <w:rsid w:val="0012292F"/>
    <w:rsid w:val="00132881"/>
    <w:rsid w:val="00140E9C"/>
    <w:rsid w:val="0015074B"/>
    <w:rsid w:val="0015729B"/>
    <w:rsid w:val="00212C6E"/>
    <w:rsid w:val="0029639D"/>
    <w:rsid w:val="002D17B4"/>
    <w:rsid w:val="00326F90"/>
    <w:rsid w:val="00391241"/>
    <w:rsid w:val="00393B7D"/>
    <w:rsid w:val="004C328D"/>
    <w:rsid w:val="004D218D"/>
    <w:rsid w:val="004D5190"/>
    <w:rsid w:val="004F05BD"/>
    <w:rsid w:val="005A6337"/>
    <w:rsid w:val="005D15AB"/>
    <w:rsid w:val="00663F88"/>
    <w:rsid w:val="00697E35"/>
    <w:rsid w:val="006E5CFE"/>
    <w:rsid w:val="00767FB9"/>
    <w:rsid w:val="007F0D00"/>
    <w:rsid w:val="00874B5D"/>
    <w:rsid w:val="008D0399"/>
    <w:rsid w:val="009668B5"/>
    <w:rsid w:val="009C43F5"/>
    <w:rsid w:val="00AA1D8D"/>
    <w:rsid w:val="00AB19D3"/>
    <w:rsid w:val="00B47730"/>
    <w:rsid w:val="00B84A12"/>
    <w:rsid w:val="00BA088E"/>
    <w:rsid w:val="00BB5AE8"/>
    <w:rsid w:val="00C21F25"/>
    <w:rsid w:val="00C974B8"/>
    <w:rsid w:val="00CB0664"/>
    <w:rsid w:val="00D35BE3"/>
    <w:rsid w:val="00D92B23"/>
    <w:rsid w:val="00DC63B1"/>
    <w:rsid w:val="00E352F6"/>
    <w:rsid w:val="00E41E8D"/>
    <w:rsid w:val="00E81A17"/>
    <w:rsid w:val="00EF2F35"/>
    <w:rsid w:val="00FC693F"/>
    <w:rsid w:val="00FE31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CF2362"/>
  <w14:defaultImageDpi w14:val="330"/>
  <w15:docId w15:val="{460C42FC-96E2-473E-A3F6-1A5B318F8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140E9C"/>
    <w:rPr>
      <w:sz w:val="16"/>
      <w:szCs w:val="16"/>
    </w:rPr>
  </w:style>
  <w:style w:type="paragraph" w:styleId="CommentText">
    <w:name w:val="annotation text"/>
    <w:basedOn w:val="Normal"/>
    <w:link w:val="CommentTextChar"/>
    <w:uiPriority w:val="99"/>
    <w:unhideWhenUsed/>
    <w:rsid w:val="00140E9C"/>
    <w:pPr>
      <w:spacing w:line="240" w:lineRule="auto"/>
    </w:pPr>
    <w:rPr>
      <w:sz w:val="20"/>
      <w:szCs w:val="20"/>
    </w:rPr>
  </w:style>
  <w:style w:type="character" w:customStyle="1" w:styleId="CommentTextChar">
    <w:name w:val="Comment Text Char"/>
    <w:basedOn w:val="DefaultParagraphFont"/>
    <w:link w:val="CommentText"/>
    <w:uiPriority w:val="99"/>
    <w:rsid w:val="00140E9C"/>
    <w:rPr>
      <w:sz w:val="20"/>
      <w:szCs w:val="20"/>
    </w:rPr>
  </w:style>
  <w:style w:type="paragraph" w:styleId="CommentSubject">
    <w:name w:val="annotation subject"/>
    <w:basedOn w:val="CommentText"/>
    <w:next w:val="CommentText"/>
    <w:link w:val="CommentSubjectChar"/>
    <w:uiPriority w:val="99"/>
    <w:semiHidden/>
    <w:unhideWhenUsed/>
    <w:rsid w:val="00140E9C"/>
    <w:rPr>
      <w:b/>
      <w:bCs/>
    </w:rPr>
  </w:style>
  <w:style w:type="character" w:customStyle="1" w:styleId="CommentSubjectChar">
    <w:name w:val="Comment Subject Char"/>
    <w:basedOn w:val="CommentTextChar"/>
    <w:link w:val="CommentSubject"/>
    <w:uiPriority w:val="99"/>
    <w:semiHidden/>
    <w:rsid w:val="00140E9C"/>
    <w:rPr>
      <w:b/>
      <w:bCs/>
      <w:sz w:val="20"/>
      <w:szCs w:val="20"/>
    </w:rPr>
  </w:style>
  <w:style w:type="paragraph" w:styleId="Revision">
    <w:name w:val="Revision"/>
    <w:hidden/>
    <w:uiPriority w:val="99"/>
    <w:semiHidden/>
    <w:rsid w:val="00140E9C"/>
    <w:pPr>
      <w:spacing w:after="0" w:line="240" w:lineRule="auto"/>
    </w:pPr>
  </w:style>
  <w:style w:type="character" w:styleId="Hyperlink">
    <w:name w:val="Hyperlink"/>
    <w:basedOn w:val="DefaultParagraphFont"/>
    <w:uiPriority w:val="99"/>
    <w:unhideWhenUsed/>
    <w:rsid w:val="00D35BE3"/>
    <w:rPr>
      <w:color w:val="0000FF" w:themeColor="hyperlink"/>
      <w:u w:val="single"/>
    </w:rPr>
  </w:style>
  <w:style w:type="character" w:styleId="UnresolvedMention">
    <w:name w:val="Unresolved Mention"/>
    <w:basedOn w:val="DefaultParagraphFont"/>
    <w:uiPriority w:val="99"/>
    <w:semiHidden/>
    <w:unhideWhenUsed/>
    <w:rsid w:val="00D35B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nfoatsphere@unsw.edu.a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1102</Words>
  <Characters>4937</Characters>
  <Application>Microsoft Office Word</Application>
  <DocSecurity>0</DocSecurity>
  <Lines>80</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Linda Music</cp:lastModifiedBy>
  <cp:revision>2</cp:revision>
  <cp:lastPrinted>2026-05-19T06:29:00Z</cp:lastPrinted>
  <dcterms:created xsi:type="dcterms:W3CDTF">2026-05-19T06:43:00Z</dcterms:created>
  <dcterms:modified xsi:type="dcterms:W3CDTF">2026-05-19T06:43:00Z</dcterms:modified>
  <cp:category/>
</cp:coreProperties>
</file>